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6B432" w14:textId="34E89081" w:rsidR="001E7470" w:rsidRPr="001D204C" w:rsidRDefault="00000000" w:rsidP="0068542A">
      <w:pPr>
        <w:spacing w:after="0" w:line="240" w:lineRule="auto"/>
        <w:rPr>
          <w:rFonts w:ascii="Times New Roman" w:hAnsi="Times New Roman" w:cs="Times New Roman"/>
          <w:b/>
          <w:bCs/>
          <w:sz w:val="24"/>
          <w:lang w:val="en-GB"/>
        </w:rPr>
      </w:pPr>
      <w:r w:rsidRPr="001D204C">
        <w:rPr>
          <w:rFonts w:ascii="Times New Roman" w:hAnsi="Times New Roman" w:cs="Times New Roman"/>
          <w:b/>
          <w:bCs/>
          <w:sz w:val="24"/>
          <w:lang w:val="en-GB"/>
        </w:rPr>
        <w:t>PAPER TITLE</w:t>
      </w:r>
      <w:r w:rsidR="00214733" w:rsidRPr="001D204C">
        <w:rPr>
          <w:rFonts w:ascii="Times New Roman" w:hAnsi="Times New Roman" w:cs="Times New Roman"/>
          <w:b/>
          <w:bCs/>
          <w:sz w:val="24"/>
          <w:lang w:val="en-GB"/>
        </w:rPr>
        <w:t xml:space="preserve"> (CAPITALIZED)</w:t>
      </w:r>
      <w:r w:rsidRPr="001D204C">
        <w:rPr>
          <w:rFonts w:ascii="Times New Roman" w:hAnsi="Times New Roman" w:cs="Times New Roman"/>
          <w:b/>
          <w:bCs/>
          <w:sz w:val="24"/>
          <w:lang w:val="en-GB"/>
        </w:rPr>
        <w:t>: Replace this text with your complete paper title</w:t>
      </w:r>
    </w:p>
    <w:p w14:paraId="13413A80" w14:textId="6D3EFFEC" w:rsidR="001D7776" w:rsidRDefault="001D7776">
      <w:pPr>
        <w:spacing w:after="0" w:line="240" w:lineRule="auto"/>
        <w:rPr>
          <w:rFonts w:ascii="Times New Roman" w:hAnsi="Times New Roman" w:cs="Times New Roman"/>
          <w:sz w:val="24"/>
        </w:rPr>
      </w:pPr>
    </w:p>
    <w:p w14:paraId="38CA0EDE" w14:textId="24ECE37E" w:rsidR="001D7776" w:rsidRPr="001D7776" w:rsidRDefault="00755321" w:rsidP="001D7776">
      <w:pPr>
        <w:spacing w:after="0" w:line="240" w:lineRule="auto"/>
        <w:rPr>
          <w:rFonts w:ascii="Times New Roman" w:hAnsi="Times New Roman" w:cs="Times New Roman"/>
          <w:sz w:val="24"/>
          <w:lang w:val="en-GB"/>
        </w:rPr>
      </w:pPr>
      <w:r>
        <w:rPr>
          <w:rFonts w:ascii="Times New Roman" w:hAnsi="Times New Roman" w:cs="Times New Roman"/>
          <w:noProof/>
          <w:sz w:val="24"/>
        </w:rPr>
        <mc:AlternateContent>
          <mc:Choice Requires="wps">
            <w:drawing>
              <wp:anchor distT="0" distB="0" distL="114300" distR="114300" simplePos="0" relativeHeight="251665920" behindDoc="0" locked="0" layoutInCell="1" allowOverlap="1" wp14:anchorId="2E7B5F55" wp14:editId="1069635D">
                <wp:simplePos x="0" y="0"/>
                <wp:positionH relativeFrom="column">
                  <wp:posOffset>5667375</wp:posOffset>
                </wp:positionH>
                <wp:positionV relativeFrom="paragraph">
                  <wp:posOffset>22860</wp:posOffset>
                </wp:positionV>
                <wp:extent cx="1073150" cy="683810"/>
                <wp:effectExtent l="57150" t="19050" r="69850" b="97790"/>
                <wp:wrapNone/>
                <wp:docPr id="2066536952" name="Rectangle 1"/>
                <wp:cNvGraphicFramePr/>
                <a:graphic xmlns:a="http://schemas.openxmlformats.org/drawingml/2006/main">
                  <a:graphicData uri="http://schemas.microsoft.com/office/word/2010/wordprocessingShape">
                    <wps:wsp>
                      <wps:cNvSpPr/>
                      <wps:spPr>
                        <a:xfrm>
                          <a:off x="0" y="0"/>
                          <a:ext cx="1073150" cy="683810"/>
                        </a:xfrm>
                        <a:prstGeom prst="rect">
                          <a:avLst/>
                        </a:prstGeom>
                      </wps:spPr>
                      <wps:style>
                        <a:lnRef idx="1">
                          <a:schemeClr val="accent1"/>
                        </a:lnRef>
                        <a:fillRef idx="3">
                          <a:schemeClr val="accent1"/>
                        </a:fillRef>
                        <a:effectRef idx="2">
                          <a:schemeClr val="accent1"/>
                        </a:effectRef>
                        <a:fontRef idx="minor">
                          <a:schemeClr val="lt1"/>
                        </a:fontRef>
                      </wps:style>
                      <wps:txbx>
                        <w:txbxContent>
                          <w:p w14:paraId="02C5B2FE" w14:textId="26487270" w:rsidR="001D204C" w:rsidRDefault="001D204C" w:rsidP="001D204C">
                            <w:pPr>
                              <w:jc w:val="center"/>
                            </w:pPr>
                            <w:r>
                              <w:t>If there are multiple authors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7B5F55" id="Rectangle 1" o:spid="_x0000_s1026" style="position:absolute;margin-left:446.25pt;margin-top:1.8pt;width:84.5pt;height:53.8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" fillcolor="#4f81bd [3204]" strokecolor="#4579b8 [3044]">
                <v:fill color2="#a7bfde [1620]" rotate="t" angle="180" focus="100%" type="gradient">
                  <o:fill v:ext="view" type="gradientUnscaled"/>
                </v:fill>
                <v:shadow on="t" color="black" opacity="22937f" origin=",.5" offset="0,.63889mm"/>
                <v:textbox>
                  <w:txbxContent>
                    <w:p w14:paraId="02C5B2FE" w14:textId="26487270" w:rsidR="001D204C" w:rsidRDefault="001D204C" w:rsidP="001D204C">
                      <w:pPr>
                        <w:jc w:val="center"/>
                      </w:pPr>
                      <w:r>
                        <w:t>If there are multiple authors</w:t>
                      </w:r>
                    </w:p>
                  </w:txbxContent>
                </v:textbox>
              </v:rect>
            </w:pict>
          </mc:Fallback>
        </mc:AlternateContent>
      </w:r>
      <w:r w:rsidR="001D7776">
        <w:rPr>
          <w:rFonts w:ascii="Times New Roman" w:hAnsi="Times New Roman" w:cs="Times New Roman"/>
          <w:b/>
          <w:bCs/>
          <w:sz w:val="24"/>
          <w:lang w:val="en-GB"/>
        </w:rPr>
        <w:t>Author Name</w:t>
      </w:r>
      <w:r w:rsidR="001D7776" w:rsidRPr="001D7776">
        <w:rPr>
          <w:rFonts w:ascii="Times New Roman" w:hAnsi="Times New Roman" w:cs="Times New Roman"/>
          <w:sz w:val="24"/>
          <w:vertAlign w:val="superscript"/>
          <w:lang w:val="en-GB"/>
        </w:rPr>
        <w:t>1*</w:t>
      </w:r>
      <w:r w:rsidR="001D7776" w:rsidRPr="001D7776">
        <w:rPr>
          <w:rFonts w:ascii="Times New Roman" w:hAnsi="Times New Roman" w:cs="Times New Roman"/>
          <w:sz w:val="24"/>
          <w:lang w:val="en-GB"/>
        </w:rPr>
        <w:t>, </w:t>
      </w:r>
      <w:r w:rsidR="001D7776">
        <w:rPr>
          <w:rFonts w:ascii="Times New Roman" w:hAnsi="Times New Roman" w:cs="Times New Roman"/>
          <w:b/>
          <w:bCs/>
          <w:sz w:val="24"/>
          <w:lang w:val="en-GB"/>
        </w:rPr>
        <w:t>Author Name</w:t>
      </w:r>
      <w:r w:rsidR="001D7776" w:rsidRPr="001D7776">
        <w:rPr>
          <w:rFonts w:ascii="Times New Roman" w:hAnsi="Times New Roman" w:cs="Times New Roman"/>
          <w:sz w:val="24"/>
          <w:vertAlign w:val="superscript"/>
          <w:lang w:val="en-GB"/>
        </w:rPr>
        <w:t>2</w:t>
      </w:r>
      <w:r w:rsidR="001D7776" w:rsidRPr="001D7776">
        <w:rPr>
          <w:rFonts w:ascii="Times New Roman" w:hAnsi="Times New Roman" w:cs="Times New Roman"/>
          <w:sz w:val="24"/>
          <w:lang w:val="en-GB"/>
        </w:rPr>
        <w:t>, </w:t>
      </w:r>
      <w:r w:rsidR="001D7776">
        <w:rPr>
          <w:rFonts w:ascii="Times New Roman" w:hAnsi="Times New Roman" w:cs="Times New Roman"/>
          <w:b/>
          <w:bCs/>
          <w:sz w:val="24"/>
          <w:lang w:val="en-GB"/>
        </w:rPr>
        <w:t>Author Name</w:t>
      </w:r>
      <w:r w:rsidR="001D7776" w:rsidRPr="001D7776">
        <w:rPr>
          <w:rFonts w:ascii="Times New Roman" w:hAnsi="Times New Roman" w:cs="Times New Roman"/>
          <w:sz w:val="24"/>
          <w:vertAlign w:val="superscript"/>
          <w:lang w:val="en-GB"/>
        </w:rPr>
        <w:t>1</w:t>
      </w:r>
    </w:p>
    <w:p w14:paraId="3AA93E01" w14:textId="5BE768E3" w:rsidR="001D7776" w:rsidRPr="002A3D66" w:rsidRDefault="001D204C" w:rsidP="001D7776">
      <w:pPr>
        <w:spacing w:after="0" w:line="240" w:lineRule="auto"/>
        <w:rPr>
          <w:rFonts w:ascii="Times New Roman" w:hAnsi="Times New Roman" w:cs="Times New Roman"/>
          <w:i/>
          <w:color w:val="EE0000"/>
          <w:sz w:val="20"/>
        </w:rPr>
      </w:pPr>
      <w:r>
        <w:rPr>
          <w:rFonts w:ascii="Times New Roman" w:hAnsi="Times New Roman" w:cs="Times New Roman"/>
          <w:noProof/>
          <w:sz w:val="24"/>
          <w:vertAlign w:val="superscript"/>
          <w:lang w:val="en-GB"/>
        </w:rPr>
        <mc:AlternateContent>
          <mc:Choice Requires="wps">
            <w:drawing>
              <wp:anchor distT="0" distB="0" distL="114300" distR="114300" simplePos="0" relativeHeight="251653632" behindDoc="0" locked="0" layoutInCell="1" allowOverlap="1" wp14:anchorId="506D0F6A" wp14:editId="0F72EF2A">
                <wp:simplePos x="0" y="0"/>
                <wp:positionH relativeFrom="column">
                  <wp:posOffset>5384800</wp:posOffset>
                </wp:positionH>
                <wp:positionV relativeFrom="paragraph">
                  <wp:posOffset>79375</wp:posOffset>
                </wp:positionV>
                <wp:extent cx="375313" cy="197893"/>
                <wp:effectExtent l="57150" t="19050" r="5715" b="88265"/>
                <wp:wrapNone/>
                <wp:docPr id="24816812" name="Arrow: Left 2"/>
                <wp:cNvGraphicFramePr/>
                <a:graphic xmlns:a="http://schemas.openxmlformats.org/drawingml/2006/main">
                  <a:graphicData uri="http://schemas.microsoft.com/office/word/2010/wordprocessingShape">
                    <wps:wsp>
                      <wps:cNvSpPr/>
                      <wps:spPr>
                        <a:xfrm>
                          <a:off x="0" y="0"/>
                          <a:ext cx="375313" cy="197893"/>
                        </a:xfrm>
                        <a:prstGeom prst="lef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08460B7"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2" o:spid="_x0000_s1026" type="#_x0000_t66" style="position:absolute;margin-left:424pt;margin-top:6.25pt;width:29.55pt;height:15.6pt;z-index:251653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" adj="5695" fillcolor="#4f81bd [3204]" strokecolor="#4579b8 [3044]">
                <v:fill color2="#a7bfde [1620]" rotate="t" angle="180" focus="100%" type="gradient">
                  <o:fill v:ext="view" type="gradientUnscaled"/>
                </v:fill>
                <v:shadow on="t" color="black" opacity="22937f" origin=",.5" offset="0,.63889mm"/>
              </v:shape>
            </w:pict>
          </mc:Fallback>
        </mc:AlternateContent>
      </w:r>
      <w:r w:rsidR="001D7776" w:rsidRPr="001D7776">
        <w:rPr>
          <w:rFonts w:ascii="Times New Roman" w:hAnsi="Times New Roman" w:cs="Times New Roman"/>
          <w:sz w:val="24"/>
          <w:vertAlign w:val="superscript"/>
          <w:lang w:val="en-GB"/>
        </w:rPr>
        <w:t>1</w:t>
      </w:r>
      <w:r w:rsidR="001D7776" w:rsidRPr="001D7776">
        <w:rPr>
          <w:rFonts w:ascii="Times New Roman" w:hAnsi="Times New Roman" w:cs="Times New Roman"/>
          <w:sz w:val="24"/>
          <w:lang w:val="en-GB"/>
        </w:rPr>
        <w:t> Department of Computer Science, University of Example, Country</w:t>
      </w:r>
      <w:r w:rsidR="001D7776" w:rsidRPr="001D7776">
        <w:rPr>
          <w:rFonts w:ascii="Times New Roman" w:hAnsi="Times New Roman" w:cs="Times New Roman"/>
          <w:sz w:val="24"/>
          <w:lang w:val="en-GB"/>
        </w:rPr>
        <w:br/>
      </w:r>
      <w:r w:rsidR="001D7776" w:rsidRPr="001D7776">
        <w:rPr>
          <w:rFonts w:ascii="Times New Roman" w:hAnsi="Times New Roman" w:cs="Times New Roman"/>
          <w:sz w:val="24"/>
          <w:vertAlign w:val="superscript"/>
          <w:lang w:val="en-GB"/>
        </w:rPr>
        <w:t>2</w:t>
      </w:r>
      <w:r w:rsidR="001D7776" w:rsidRPr="001D7776">
        <w:rPr>
          <w:rFonts w:ascii="Times New Roman" w:hAnsi="Times New Roman" w:cs="Times New Roman"/>
          <w:sz w:val="24"/>
          <w:lang w:val="en-GB"/>
        </w:rPr>
        <w:t> School of Engineering, Institute of Technology, Country</w:t>
      </w:r>
      <w:r w:rsidR="001D7776" w:rsidRPr="001D7776">
        <w:rPr>
          <w:rFonts w:ascii="Times New Roman" w:hAnsi="Times New Roman" w:cs="Times New Roman"/>
          <w:sz w:val="24"/>
          <w:lang w:val="en-GB"/>
        </w:rPr>
        <w:br/>
      </w:r>
      <w:r w:rsidR="001D7776" w:rsidRPr="001D7776">
        <w:rPr>
          <w:rFonts w:ascii="Times New Roman" w:hAnsi="Times New Roman" w:cs="Times New Roman"/>
          <w:sz w:val="24"/>
          <w:vertAlign w:val="superscript"/>
          <w:lang w:val="en-GB"/>
        </w:rPr>
        <w:t>*</w:t>
      </w:r>
      <w:r w:rsidR="001D7776" w:rsidRPr="001D7776">
        <w:rPr>
          <w:rFonts w:ascii="Times New Roman" w:hAnsi="Times New Roman" w:cs="Times New Roman"/>
          <w:sz w:val="24"/>
          <w:lang w:val="en-GB"/>
        </w:rPr>
        <w:t xml:space="preserve"> Corresponding author: </w:t>
      </w:r>
      <w:r w:rsidR="007911A4">
        <w:rPr>
          <w:rFonts w:ascii="Times New Roman" w:hAnsi="Times New Roman" w:cs="Times New Roman"/>
          <w:sz w:val="24"/>
          <w:lang w:val="en-GB"/>
        </w:rPr>
        <w:t>email</w:t>
      </w:r>
      <w:r w:rsidR="001D7776" w:rsidRPr="001D7776">
        <w:rPr>
          <w:rFonts w:ascii="Times New Roman" w:hAnsi="Times New Roman" w:cs="Times New Roman"/>
          <w:sz w:val="24"/>
          <w:lang w:val="en-GB"/>
        </w:rPr>
        <w:t>@example.edu</w:t>
      </w:r>
    </w:p>
    <w:p w14:paraId="16082B6B" w14:textId="21593E47" w:rsidR="001D204C" w:rsidRPr="00746DE6" w:rsidRDefault="005D76C5">
      <w:pPr>
        <w:spacing w:after="0" w:line="240" w:lineRule="auto"/>
      </w:pPr>
      <w:r>
        <w:rPr>
          <w:rFonts w:ascii="Times New Roman" w:hAnsi="Times New Roman" w:cs="Times New Roman"/>
          <w:noProof/>
          <w:sz w:val="24"/>
        </w:rPr>
        <mc:AlternateContent>
          <mc:Choice Requires="wps">
            <w:drawing>
              <wp:anchor distT="0" distB="0" distL="114300" distR="114300" simplePos="0" relativeHeight="251664896" behindDoc="0" locked="0" layoutInCell="1" allowOverlap="1" wp14:anchorId="3CCE7486" wp14:editId="68A202F3">
                <wp:simplePos x="0" y="0"/>
                <wp:positionH relativeFrom="column">
                  <wp:posOffset>5670550</wp:posOffset>
                </wp:positionH>
                <wp:positionV relativeFrom="paragraph">
                  <wp:posOffset>110490</wp:posOffset>
                </wp:positionV>
                <wp:extent cx="1073150" cy="533400"/>
                <wp:effectExtent l="57150" t="19050" r="69850" b="95250"/>
                <wp:wrapNone/>
                <wp:docPr id="397888731" name="Rectangle 1"/>
                <wp:cNvGraphicFramePr/>
                <a:graphic xmlns:a="http://schemas.openxmlformats.org/drawingml/2006/main">
                  <a:graphicData uri="http://schemas.microsoft.com/office/word/2010/wordprocessingShape">
                    <wps:wsp>
                      <wps:cNvSpPr/>
                      <wps:spPr>
                        <a:xfrm>
                          <a:off x="0" y="0"/>
                          <a:ext cx="1073150" cy="533400"/>
                        </a:xfrm>
                        <a:prstGeom prst="rect">
                          <a:avLst/>
                        </a:prstGeom>
                      </wps:spPr>
                      <wps:style>
                        <a:lnRef idx="1">
                          <a:schemeClr val="accent1"/>
                        </a:lnRef>
                        <a:fillRef idx="3">
                          <a:schemeClr val="accent1"/>
                        </a:fillRef>
                        <a:effectRef idx="2">
                          <a:schemeClr val="accent1"/>
                        </a:effectRef>
                        <a:fontRef idx="minor">
                          <a:schemeClr val="lt1"/>
                        </a:fontRef>
                      </wps:style>
                      <wps:txbx>
                        <w:txbxContent>
                          <w:p w14:paraId="0A42DD5A" w14:textId="55618DA7" w:rsidR="00755321" w:rsidRDefault="00755321" w:rsidP="00755321">
                            <w:pPr>
                              <w:jc w:val="center"/>
                            </w:pPr>
                            <w:r>
                              <w:t>If there is one single author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CE7486" id="_x0000_s1027" style="position:absolute;margin-left:446.5pt;margin-top:8.7pt;width:84.5pt;height:42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" fillcolor="#4f81bd [3204]" strokecolor="#4579b8 [3044]">
                <v:fill color2="#a7bfde [1620]" rotate="t" angle="180" focus="100%" type="gradient">
                  <o:fill v:ext="view" type="gradientUnscaled"/>
                </v:fill>
                <v:shadow on="t" color="black" opacity="22937f" origin=",.5" offset="0,.63889mm"/>
                <v:textbox>
                  <w:txbxContent>
                    <w:p w14:paraId="0A42DD5A" w14:textId="55618DA7" w:rsidR="00755321" w:rsidRDefault="00755321" w:rsidP="00755321">
                      <w:pPr>
                        <w:jc w:val="center"/>
                      </w:pPr>
                      <w:r>
                        <w:t>If there is one single author</w:t>
                      </w:r>
                    </w:p>
                  </w:txbxContent>
                </v:textbox>
              </v:rect>
            </w:pict>
          </mc:Fallback>
        </mc:AlternateContent>
      </w:r>
    </w:p>
    <w:p w14:paraId="5F9C9C8F" w14:textId="581E66C3" w:rsidR="001D204C" w:rsidRPr="001D7776" w:rsidRDefault="00755321" w:rsidP="001D204C">
      <w:pPr>
        <w:spacing w:after="0" w:line="240" w:lineRule="auto"/>
        <w:rPr>
          <w:rFonts w:ascii="Times New Roman" w:hAnsi="Times New Roman" w:cs="Times New Roman"/>
          <w:sz w:val="24"/>
          <w:lang w:val="en-GB"/>
        </w:rPr>
      </w:pPr>
      <w:r>
        <w:rPr>
          <w:rFonts w:ascii="Times New Roman" w:hAnsi="Times New Roman" w:cs="Times New Roman"/>
          <w:noProof/>
          <w:sz w:val="24"/>
          <w:vertAlign w:val="superscript"/>
          <w:lang w:val="en-GB"/>
        </w:rPr>
        <mc:AlternateContent>
          <mc:Choice Requires="wps">
            <w:drawing>
              <wp:anchor distT="0" distB="0" distL="114300" distR="114300" simplePos="0" relativeHeight="251655680" behindDoc="0" locked="0" layoutInCell="1" allowOverlap="1" wp14:anchorId="2298FA91" wp14:editId="5275057B">
                <wp:simplePos x="0" y="0"/>
                <wp:positionH relativeFrom="column">
                  <wp:posOffset>5412740</wp:posOffset>
                </wp:positionH>
                <wp:positionV relativeFrom="paragraph">
                  <wp:posOffset>103344</wp:posOffset>
                </wp:positionV>
                <wp:extent cx="375285" cy="197485"/>
                <wp:effectExtent l="57150" t="19050" r="5715" b="88265"/>
                <wp:wrapNone/>
                <wp:docPr id="1536417076" name="Arrow: Left 2"/>
                <wp:cNvGraphicFramePr/>
                <a:graphic xmlns:a="http://schemas.openxmlformats.org/drawingml/2006/main">
                  <a:graphicData uri="http://schemas.microsoft.com/office/word/2010/wordprocessingShape">
                    <wps:wsp>
                      <wps:cNvSpPr/>
                      <wps:spPr>
                        <a:xfrm>
                          <a:off x="0" y="0"/>
                          <a:ext cx="375285" cy="197485"/>
                        </a:xfrm>
                        <a:prstGeom prst="lef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803C3A" id="Arrow: Left 2" o:spid="_x0000_s1026" type="#_x0000_t66" style="position:absolute;margin-left:426.2pt;margin-top:8.15pt;width:29.55pt;height:15.55pt;z-index:251655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" adj="5683" fillcolor="#4f81bd [3204]" strokecolor="#4579b8 [3044]">
                <v:fill color2="#a7bfde [1620]" rotate="t" angle="180" focus="100%" type="gradient">
                  <o:fill v:ext="view" type="gradientUnscaled"/>
                </v:fill>
                <v:shadow on="t" color="black" opacity="22937f" origin=",.5" offset="0,.63889mm"/>
              </v:shape>
            </w:pict>
          </mc:Fallback>
        </mc:AlternateContent>
      </w:r>
      <w:r w:rsidR="001D204C">
        <w:rPr>
          <w:rFonts w:ascii="Times New Roman" w:hAnsi="Times New Roman" w:cs="Times New Roman"/>
          <w:b/>
          <w:bCs/>
          <w:sz w:val="24"/>
          <w:lang w:val="en-GB"/>
        </w:rPr>
        <w:t>Author Name</w:t>
      </w:r>
    </w:p>
    <w:p w14:paraId="2B82DC3B" w14:textId="09584ECE" w:rsidR="001D204C" w:rsidRPr="001D204C" w:rsidRDefault="001D204C" w:rsidP="001D204C">
      <w:pPr>
        <w:spacing w:after="0" w:line="240" w:lineRule="auto"/>
        <w:rPr>
          <w:rFonts w:ascii="Times New Roman" w:hAnsi="Times New Roman" w:cs="Times New Roman"/>
          <w:iCs/>
          <w:color w:val="EE0000"/>
          <w:sz w:val="20"/>
        </w:rPr>
      </w:pPr>
      <w:r w:rsidRPr="001D7776">
        <w:rPr>
          <w:rFonts w:ascii="Times New Roman" w:hAnsi="Times New Roman" w:cs="Times New Roman"/>
          <w:sz w:val="24"/>
          <w:lang w:val="en-GB"/>
        </w:rPr>
        <w:t>Department of Computer Science, University of Example, Country</w:t>
      </w:r>
      <w:r>
        <w:rPr>
          <w:rFonts w:ascii="Times New Roman" w:hAnsi="Times New Roman" w:cs="Times New Roman"/>
          <w:sz w:val="24"/>
          <w:lang w:val="en-GB"/>
        </w:rPr>
        <w:t xml:space="preserve">, </w:t>
      </w:r>
      <w:r w:rsidR="00E44EFC">
        <w:rPr>
          <w:rFonts w:ascii="Times New Roman" w:hAnsi="Times New Roman" w:cs="Times New Roman"/>
          <w:sz w:val="24"/>
          <w:lang w:val="en-GB"/>
        </w:rPr>
        <w:t>email@example.edu</w:t>
      </w:r>
    </w:p>
    <w:p w14:paraId="7C3F4BD6" w14:textId="77777777" w:rsidR="001D204C" w:rsidRDefault="001D204C">
      <w:pPr>
        <w:spacing w:after="0" w:line="240" w:lineRule="auto"/>
        <w:rPr>
          <w:rFonts w:ascii="Times New Roman" w:hAnsi="Times New Roman" w:cs="Times New Roman"/>
          <w:i/>
          <w:color w:val="EE0000"/>
          <w:sz w:val="20"/>
        </w:rPr>
      </w:pPr>
    </w:p>
    <w:p w14:paraId="74D39788" w14:textId="38359FC6" w:rsidR="001E7470" w:rsidRDefault="00000000">
      <w:pPr>
        <w:spacing w:after="0" w:line="240" w:lineRule="auto"/>
        <w:rPr>
          <w:rFonts w:ascii="Times New Roman" w:hAnsi="Times New Roman" w:cs="Times New Roman"/>
          <w:i/>
          <w:color w:val="EE0000"/>
          <w:sz w:val="20"/>
        </w:rPr>
      </w:pPr>
      <w:r w:rsidRPr="00746DE6">
        <w:rPr>
          <w:rFonts w:ascii="Times New Roman" w:hAnsi="Times New Roman" w:cs="Times New Roman"/>
          <w:i/>
          <w:color w:val="EE0000"/>
          <w:sz w:val="20"/>
        </w:rPr>
        <w:t xml:space="preserve">[If multiple authors: list </w:t>
      </w:r>
      <w:r w:rsidR="00B76193">
        <w:rPr>
          <w:rFonts w:ascii="Times New Roman" w:hAnsi="Times New Roman" w:cs="Times New Roman"/>
          <w:i/>
          <w:color w:val="EE0000"/>
          <w:sz w:val="20"/>
        </w:rPr>
        <w:t>them as seen above</w:t>
      </w:r>
      <w:r w:rsidRPr="00746DE6">
        <w:rPr>
          <w:rFonts w:ascii="Times New Roman" w:hAnsi="Times New Roman" w:cs="Times New Roman"/>
          <w:i/>
          <w:color w:val="EE0000"/>
          <w:sz w:val="20"/>
        </w:rPr>
        <w:t xml:space="preserve"> with their affiliations. Indicate corresponding author with asterisk (*)]</w:t>
      </w:r>
    </w:p>
    <w:p w14:paraId="0F295217" w14:textId="0062EEE4" w:rsidR="00F70343" w:rsidRDefault="00F70343" w:rsidP="00F70343">
      <w:pPr>
        <w:spacing w:after="0" w:line="240" w:lineRule="auto"/>
        <w:rPr>
          <w:rFonts w:ascii="Times New Roman" w:hAnsi="Times New Roman" w:cs="Times New Roman"/>
          <w:i/>
          <w:color w:val="EE0000"/>
          <w:sz w:val="20"/>
        </w:rPr>
      </w:pPr>
      <w:r w:rsidRPr="00746DE6">
        <w:rPr>
          <w:rFonts w:ascii="Times New Roman" w:hAnsi="Times New Roman" w:cs="Times New Roman"/>
          <w:i/>
          <w:color w:val="EE0000"/>
          <w:sz w:val="20"/>
        </w:rPr>
        <w:t>[If multiple authors</w:t>
      </w:r>
      <w:r>
        <w:rPr>
          <w:rFonts w:ascii="Times New Roman" w:hAnsi="Times New Roman" w:cs="Times New Roman"/>
          <w:i/>
          <w:color w:val="EE0000"/>
          <w:sz w:val="20"/>
        </w:rPr>
        <w:t xml:space="preserve"> exist and all of them have </w:t>
      </w:r>
      <w:r w:rsidR="00921895">
        <w:rPr>
          <w:rFonts w:ascii="Times New Roman" w:hAnsi="Times New Roman" w:cs="Times New Roman"/>
          <w:i/>
          <w:color w:val="EE0000"/>
          <w:sz w:val="20"/>
        </w:rPr>
        <w:t>the same</w:t>
      </w:r>
      <w:r w:rsidRPr="00746DE6">
        <w:rPr>
          <w:rFonts w:ascii="Times New Roman" w:hAnsi="Times New Roman" w:cs="Times New Roman"/>
          <w:i/>
          <w:color w:val="EE0000"/>
          <w:sz w:val="20"/>
        </w:rPr>
        <w:t xml:space="preserve"> affiliation</w:t>
      </w:r>
      <w:r>
        <w:rPr>
          <w:rFonts w:ascii="Times New Roman" w:hAnsi="Times New Roman" w:cs="Times New Roman"/>
          <w:i/>
          <w:color w:val="EE0000"/>
          <w:sz w:val="20"/>
        </w:rPr>
        <w:t>; the</w:t>
      </w:r>
      <w:r w:rsidR="00921895">
        <w:rPr>
          <w:rFonts w:ascii="Times New Roman" w:hAnsi="Times New Roman" w:cs="Times New Roman"/>
          <w:i/>
          <w:color w:val="EE0000"/>
          <w:sz w:val="20"/>
        </w:rPr>
        <w:t>n</w:t>
      </w:r>
      <w:r>
        <w:rPr>
          <w:rFonts w:ascii="Times New Roman" w:hAnsi="Times New Roman" w:cs="Times New Roman"/>
          <w:i/>
          <w:color w:val="EE0000"/>
          <w:sz w:val="20"/>
        </w:rPr>
        <w:t xml:space="preserve"> </w:t>
      </w:r>
      <w:r w:rsidR="00F627CD">
        <w:rPr>
          <w:rFonts w:ascii="Times New Roman" w:hAnsi="Times New Roman" w:cs="Times New Roman"/>
          <w:i/>
          <w:color w:val="EE0000"/>
          <w:sz w:val="20"/>
        </w:rPr>
        <w:t xml:space="preserve">one line for </w:t>
      </w:r>
      <w:r w:rsidR="00CA69AC">
        <w:rPr>
          <w:rFonts w:ascii="Times New Roman" w:hAnsi="Times New Roman" w:cs="Times New Roman"/>
          <w:i/>
          <w:color w:val="EE0000"/>
          <w:sz w:val="20"/>
        </w:rPr>
        <w:t xml:space="preserve">that </w:t>
      </w:r>
      <w:r w:rsidR="00F627CD">
        <w:rPr>
          <w:rFonts w:ascii="Times New Roman" w:hAnsi="Times New Roman" w:cs="Times New Roman"/>
          <w:i/>
          <w:color w:val="EE0000"/>
          <w:sz w:val="20"/>
        </w:rPr>
        <w:t xml:space="preserve">affiliation and </w:t>
      </w:r>
      <w:r>
        <w:rPr>
          <w:rFonts w:ascii="Times New Roman" w:hAnsi="Times New Roman" w:cs="Times New Roman"/>
          <w:i/>
          <w:color w:val="EE0000"/>
          <w:sz w:val="20"/>
        </w:rPr>
        <w:t xml:space="preserve">no </w:t>
      </w:r>
      <w:r w:rsidR="00F627CD">
        <w:rPr>
          <w:rFonts w:ascii="Times New Roman" w:hAnsi="Times New Roman" w:cs="Times New Roman"/>
          <w:i/>
          <w:color w:val="EE0000"/>
          <w:sz w:val="20"/>
        </w:rPr>
        <w:t xml:space="preserve">need to </w:t>
      </w:r>
      <w:r>
        <w:rPr>
          <w:rFonts w:ascii="Times New Roman" w:hAnsi="Times New Roman" w:cs="Times New Roman"/>
          <w:i/>
          <w:color w:val="EE0000"/>
          <w:sz w:val="20"/>
        </w:rPr>
        <w:t>superscript numbers</w:t>
      </w:r>
      <w:r w:rsidRPr="00746DE6">
        <w:rPr>
          <w:rFonts w:ascii="Times New Roman" w:hAnsi="Times New Roman" w:cs="Times New Roman"/>
          <w:i/>
          <w:color w:val="EE0000"/>
          <w:sz w:val="20"/>
        </w:rPr>
        <w:t>]</w:t>
      </w:r>
    </w:p>
    <w:p w14:paraId="4419DC73" w14:textId="75FE6EB2" w:rsidR="00046B9D" w:rsidRPr="00746DE6" w:rsidRDefault="00046B9D" w:rsidP="00046B9D">
      <w:pPr>
        <w:spacing w:after="0" w:line="240" w:lineRule="auto"/>
        <w:rPr>
          <w:color w:val="EE0000"/>
        </w:rPr>
      </w:pPr>
      <w:r w:rsidRPr="00746DE6">
        <w:rPr>
          <w:rFonts w:ascii="Times New Roman" w:hAnsi="Times New Roman" w:cs="Times New Roman"/>
          <w:i/>
          <w:color w:val="EE0000"/>
          <w:sz w:val="20"/>
        </w:rPr>
        <w:t xml:space="preserve">[If </w:t>
      </w:r>
      <w:r>
        <w:rPr>
          <w:rFonts w:ascii="Times New Roman" w:hAnsi="Times New Roman" w:cs="Times New Roman"/>
          <w:i/>
          <w:color w:val="EE0000"/>
          <w:sz w:val="20"/>
        </w:rPr>
        <w:t>one single au</w:t>
      </w:r>
      <w:r w:rsidRPr="00746DE6">
        <w:rPr>
          <w:rFonts w:ascii="Times New Roman" w:hAnsi="Times New Roman" w:cs="Times New Roman"/>
          <w:i/>
          <w:color w:val="EE0000"/>
          <w:sz w:val="20"/>
        </w:rPr>
        <w:t xml:space="preserve">thor: </w:t>
      </w:r>
      <w:r w:rsidR="00CA69AC">
        <w:rPr>
          <w:rFonts w:ascii="Times New Roman" w:hAnsi="Times New Roman" w:cs="Times New Roman"/>
          <w:i/>
          <w:color w:val="EE0000"/>
          <w:sz w:val="20"/>
        </w:rPr>
        <w:t xml:space="preserve">list </w:t>
      </w:r>
      <w:r w:rsidR="00F627CD">
        <w:rPr>
          <w:rFonts w:ascii="Times New Roman" w:hAnsi="Times New Roman" w:cs="Times New Roman"/>
          <w:i/>
          <w:color w:val="EE0000"/>
          <w:sz w:val="20"/>
        </w:rPr>
        <w:t xml:space="preserve">the </w:t>
      </w:r>
      <w:r>
        <w:rPr>
          <w:rFonts w:ascii="Times New Roman" w:hAnsi="Times New Roman" w:cs="Times New Roman"/>
          <w:i/>
          <w:color w:val="EE0000"/>
          <w:sz w:val="20"/>
        </w:rPr>
        <w:t>name</w:t>
      </w:r>
      <w:r w:rsidR="007C297B">
        <w:rPr>
          <w:rFonts w:ascii="Times New Roman" w:hAnsi="Times New Roman" w:cs="Times New Roman"/>
          <w:i/>
          <w:color w:val="EE0000"/>
          <w:sz w:val="20"/>
        </w:rPr>
        <w:t xml:space="preserve"> on first line</w:t>
      </w:r>
      <w:r w:rsidR="00F627CD">
        <w:rPr>
          <w:rFonts w:ascii="Times New Roman" w:hAnsi="Times New Roman" w:cs="Times New Roman"/>
          <w:i/>
          <w:color w:val="EE0000"/>
          <w:sz w:val="20"/>
        </w:rPr>
        <w:t xml:space="preserve">, </w:t>
      </w:r>
      <w:r w:rsidR="00DC352D">
        <w:rPr>
          <w:rFonts w:ascii="Times New Roman" w:hAnsi="Times New Roman" w:cs="Times New Roman"/>
          <w:i/>
          <w:color w:val="EE0000"/>
          <w:sz w:val="20"/>
        </w:rPr>
        <w:t xml:space="preserve">while </w:t>
      </w:r>
      <w:r w:rsidR="00F627CD">
        <w:rPr>
          <w:rFonts w:ascii="Times New Roman" w:hAnsi="Times New Roman" w:cs="Times New Roman"/>
          <w:i/>
          <w:color w:val="EE0000"/>
          <w:sz w:val="20"/>
        </w:rPr>
        <w:t>the</w:t>
      </w:r>
      <w:r w:rsidR="007C297B">
        <w:rPr>
          <w:rFonts w:ascii="Times New Roman" w:hAnsi="Times New Roman" w:cs="Times New Roman"/>
          <w:i/>
          <w:color w:val="EE0000"/>
          <w:sz w:val="20"/>
        </w:rPr>
        <w:t xml:space="preserve"> </w:t>
      </w:r>
      <w:r>
        <w:rPr>
          <w:rFonts w:ascii="Times New Roman" w:hAnsi="Times New Roman" w:cs="Times New Roman"/>
          <w:i/>
          <w:color w:val="EE0000"/>
          <w:sz w:val="20"/>
        </w:rPr>
        <w:t xml:space="preserve">affiliation and email address on </w:t>
      </w:r>
      <w:r w:rsidR="007C297B">
        <w:rPr>
          <w:rFonts w:ascii="Times New Roman" w:hAnsi="Times New Roman" w:cs="Times New Roman"/>
          <w:i/>
          <w:color w:val="EE0000"/>
          <w:sz w:val="20"/>
        </w:rPr>
        <w:t>second line</w:t>
      </w:r>
      <w:r>
        <w:rPr>
          <w:rFonts w:ascii="Times New Roman" w:hAnsi="Times New Roman" w:cs="Times New Roman"/>
          <w:i/>
          <w:color w:val="EE0000"/>
          <w:sz w:val="20"/>
        </w:rPr>
        <w:t>.</w:t>
      </w:r>
      <w:r w:rsidRPr="00746DE6">
        <w:rPr>
          <w:rFonts w:ascii="Times New Roman" w:hAnsi="Times New Roman" w:cs="Times New Roman"/>
          <w:i/>
          <w:color w:val="EE0000"/>
          <w:sz w:val="20"/>
        </w:rPr>
        <w:t>]</w:t>
      </w:r>
    </w:p>
    <w:p w14:paraId="234D8E6C" w14:textId="77777777" w:rsidR="00F2496D" w:rsidRPr="00746DE6" w:rsidRDefault="00F2496D">
      <w:pPr>
        <w:spacing w:after="0" w:line="240" w:lineRule="auto"/>
        <w:jc w:val="center"/>
        <w:rPr>
          <w:rFonts w:ascii="Times New Roman" w:hAnsi="Times New Roman" w:cs="Times New Roman"/>
          <w:b/>
          <w:sz w:val="24"/>
        </w:rPr>
      </w:pPr>
    </w:p>
    <w:p w14:paraId="02167791" w14:textId="66F6C0C1" w:rsidR="001E7470" w:rsidRPr="00746DE6" w:rsidRDefault="00000000" w:rsidP="0068542A">
      <w:pPr>
        <w:spacing w:after="0" w:line="240" w:lineRule="auto"/>
        <w:rPr>
          <w:rFonts w:ascii="Times New Roman" w:hAnsi="Times New Roman" w:cs="Times New Roman"/>
          <w:b/>
          <w:sz w:val="24"/>
        </w:rPr>
      </w:pPr>
      <w:r w:rsidRPr="00746DE6">
        <w:rPr>
          <w:rFonts w:ascii="Times New Roman" w:hAnsi="Times New Roman" w:cs="Times New Roman"/>
          <w:b/>
          <w:sz w:val="24"/>
        </w:rPr>
        <w:t>Abstract</w:t>
      </w:r>
    </w:p>
    <w:p w14:paraId="22149D67" w14:textId="77777777" w:rsidR="000859D5" w:rsidRPr="00746DE6" w:rsidRDefault="000859D5">
      <w:pPr>
        <w:spacing w:after="0" w:line="240" w:lineRule="auto"/>
        <w:jc w:val="center"/>
        <w:rPr>
          <w:rFonts w:asciiTheme="majorBidi" w:hAnsiTheme="majorBidi" w:cstheme="majorBidi"/>
          <w:sz w:val="24"/>
          <w:szCs w:val="24"/>
        </w:rPr>
      </w:pPr>
    </w:p>
    <w:p w14:paraId="32F5A6C1" w14:textId="4DE44F13" w:rsidR="001E7470" w:rsidRPr="00746DE6" w:rsidRDefault="00000000" w:rsidP="00CB2F57">
      <w:pPr>
        <w:spacing w:after="0" w:line="240" w:lineRule="auto"/>
      </w:pPr>
      <w:r w:rsidRPr="00746DE6">
        <w:rPr>
          <w:rFonts w:ascii="Times New Roman" w:hAnsi="Times New Roman" w:cs="Times New Roman"/>
          <w:sz w:val="24"/>
        </w:rPr>
        <w:t>Your abstract text here. The abstract should be 150-300 words summarizing your research objectives, methods, key findings, and conclusions. Keep it concise and informative. Adjust length to ensure the entire title page (title through keywords) fits on one page</w:t>
      </w:r>
      <w:r w:rsidR="00795432" w:rsidRPr="00746DE6">
        <w:rPr>
          <w:rFonts w:ascii="Times New Roman" w:hAnsi="Times New Roman" w:cs="Times New Roman"/>
          <w:sz w:val="24"/>
        </w:rPr>
        <w:t>;</w:t>
      </w:r>
      <w:r w:rsidR="006E507F" w:rsidRPr="00746DE6">
        <w:rPr>
          <w:rFonts w:ascii="Times New Roman" w:hAnsi="Times New Roman" w:cs="Times New Roman"/>
          <w:sz w:val="24"/>
        </w:rPr>
        <w:t xml:space="preserve"> </w:t>
      </w:r>
      <w:r w:rsidR="00795432" w:rsidRPr="00746DE6">
        <w:rPr>
          <w:rFonts w:ascii="Times New Roman" w:hAnsi="Times New Roman" w:cs="Times New Roman"/>
          <w:sz w:val="24"/>
        </w:rPr>
        <w:t>n</w:t>
      </w:r>
      <w:r w:rsidR="006E507F" w:rsidRPr="00746DE6">
        <w:rPr>
          <w:rFonts w:ascii="Times New Roman" w:hAnsi="Times New Roman" w:cs="Times New Roman"/>
          <w:sz w:val="24"/>
        </w:rPr>
        <w:t>othing else on this page: Introduction must start on next page</w:t>
      </w:r>
      <w:r w:rsidR="00361347" w:rsidRPr="00746DE6">
        <w:rPr>
          <w:rFonts w:ascii="Times New Roman" w:hAnsi="Times New Roman" w:cs="Times New Roman"/>
          <w:sz w:val="24"/>
        </w:rPr>
        <w:t xml:space="preserve"> (one exception: too many authors</w:t>
      </w:r>
      <w:r w:rsidR="00B77AB0" w:rsidRPr="00746DE6">
        <w:rPr>
          <w:rFonts w:ascii="Times New Roman" w:hAnsi="Times New Roman" w:cs="Times New Roman"/>
          <w:sz w:val="24"/>
        </w:rPr>
        <w:t xml:space="preserve"> on title page(s)</w:t>
      </w:r>
      <w:r w:rsidR="00A40F4C" w:rsidRPr="00746DE6">
        <w:rPr>
          <w:rFonts w:ascii="Times New Roman" w:hAnsi="Times New Roman" w:cs="Times New Roman"/>
          <w:sz w:val="24"/>
        </w:rPr>
        <w:t>; hence Introduction starts on subsequent page</w:t>
      </w:r>
      <w:r w:rsidR="00361347" w:rsidRPr="00746DE6">
        <w:rPr>
          <w:rFonts w:ascii="Times New Roman" w:hAnsi="Times New Roman" w:cs="Times New Roman"/>
          <w:sz w:val="24"/>
        </w:rPr>
        <w:t>)</w:t>
      </w:r>
      <w:r w:rsidR="006E507F" w:rsidRPr="00746DE6">
        <w:rPr>
          <w:rFonts w:ascii="Times New Roman" w:hAnsi="Times New Roman" w:cs="Times New Roman"/>
          <w:sz w:val="24"/>
        </w:rPr>
        <w:t>.</w:t>
      </w:r>
    </w:p>
    <w:p w14:paraId="7A37A72A" w14:textId="77777777" w:rsidR="00F2496D" w:rsidRPr="00746DE6" w:rsidRDefault="00F2496D">
      <w:pPr>
        <w:spacing w:after="0" w:line="240" w:lineRule="auto"/>
        <w:rPr>
          <w:rFonts w:ascii="Times New Roman" w:hAnsi="Times New Roman" w:cs="Times New Roman"/>
          <w:b/>
          <w:sz w:val="24"/>
        </w:rPr>
      </w:pPr>
    </w:p>
    <w:p w14:paraId="5C0030E2" w14:textId="030CD1F6" w:rsidR="00FD5438" w:rsidRDefault="00000000" w:rsidP="0011045F">
      <w:pPr>
        <w:spacing w:after="0" w:line="240" w:lineRule="auto"/>
        <w:rPr>
          <w:rFonts w:ascii="Times New Roman" w:hAnsi="Times New Roman" w:cs="Times New Roman"/>
          <w:sz w:val="24"/>
        </w:rPr>
      </w:pPr>
      <w:r w:rsidRPr="00746DE6">
        <w:rPr>
          <w:rFonts w:ascii="Times New Roman" w:hAnsi="Times New Roman" w:cs="Times New Roman"/>
          <w:b/>
          <w:sz w:val="24"/>
        </w:rPr>
        <w:t xml:space="preserve">Keywords: </w:t>
      </w:r>
      <w:r w:rsidRPr="00746DE6">
        <w:rPr>
          <w:rFonts w:ascii="Times New Roman" w:hAnsi="Times New Roman" w:cs="Times New Roman"/>
          <w:sz w:val="24"/>
        </w:rPr>
        <w:t>keyword 1; keyword 2; keyword 3; keyword 4; keyword 5; keyword 6</w:t>
      </w:r>
      <w:r w:rsidR="00253FAE">
        <w:rPr>
          <w:rFonts w:ascii="Times New Roman" w:hAnsi="Times New Roman" w:cs="Times New Roman"/>
          <w:sz w:val="24"/>
        </w:rPr>
        <w:t>; keyword 7; keyword 8; keyword 9; keyword 10</w:t>
      </w:r>
      <w:r w:rsidR="000E482F">
        <w:rPr>
          <w:rFonts w:ascii="Times New Roman" w:hAnsi="Times New Roman" w:cs="Times New Roman"/>
          <w:sz w:val="24"/>
        </w:rPr>
        <w:t>.</w:t>
      </w:r>
    </w:p>
    <w:p w14:paraId="3C1648EB" w14:textId="77777777" w:rsidR="007208C2" w:rsidRDefault="007208C2" w:rsidP="0011045F">
      <w:pPr>
        <w:spacing w:after="0" w:line="240" w:lineRule="auto"/>
        <w:rPr>
          <w:rFonts w:ascii="Times New Roman" w:hAnsi="Times New Roman" w:cs="Times New Roman"/>
          <w:i/>
          <w:color w:val="EE0000"/>
          <w:sz w:val="20"/>
        </w:rPr>
      </w:pPr>
    </w:p>
    <w:p w14:paraId="36B8AB62" w14:textId="327B37BE" w:rsidR="009144EA" w:rsidRDefault="009144EA" w:rsidP="0011045F">
      <w:pPr>
        <w:spacing w:after="0" w:line="240" w:lineRule="auto"/>
        <w:rPr>
          <w:rFonts w:ascii="Times New Roman" w:hAnsi="Times New Roman" w:cs="Times New Roman"/>
          <w:sz w:val="24"/>
        </w:rPr>
      </w:pPr>
      <w:r w:rsidRPr="00746DE6">
        <w:rPr>
          <w:rFonts w:ascii="Times New Roman" w:hAnsi="Times New Roman" w:cs="Times New Roman"/>
          <w:i/>
          <w:color w:val="EE0000"/>
          <w:sz w:val="20"/>
        </w:rPr>
        <w:t xml:space="preserve">[If </w:t>
      </w:r>
      <w:r>
        <w:rPr>
          <w:rFonts w:ascii="Times New Roman" w:hAnsi="Times New Roman" w:cs="Times New Roman"/>
          <w:i/>
          <w:color w:val="EE0000"/>
          <w:sz w:val="20"/>
        </w:rPr>
        <w:t>there is an online data repository</w:t>
      </w:r>
      <w:r w:rsidRPr="00746DE6">
        <w:rPr>
          <w:rFonts w:ascii="Times New Roman" w:hAnsi="Times New Roman" w:cs="Times New Roman"/>
          <w:i/>
          <w:color w:val="EE0000"/>
          <w:sz w:val="20"/>
        </w:rPr>
        <w:t xml:space="preserve">: </w:t>
      </w:r>
      <w:r>
        <w:rPr>
          <w:rFonts w:ascii="Times New Roman" w:hAnsi="Times New Roman" w:cs="Times New Roman"/>
          <w:i/>
          <w:color w:val="EE0000"/>
          <w:sz w:val="20"/>
        </w:rPr>
        <w:t>mention it after Keywords (using its format) and before Introduction]</w:t>
      </w:r>
    </w:p>
    <w:p w14:paraId="1F20A509" w14:textId="77777777" w:rsidR="004D7EE8" w:rsidRPr="00746DE6" w:rsidRDefault="004D7EE8" w:rsidP="0011045F">
      <w:pPr>
        <w:spacing w:after="0" w:line="240" w:lineRule="auto"/>
        <w:rPr>
          <w:rFonts w:ascii="Times New Roman" w:hAnsi="Times New Roman" w:cs="Times New Roman"/>
          <w:sz w:val="24"/>
        </w:rPr>
      </w:pPr>
    </w:p>
    <w:p w14:paraId="3A40035B" w14:textId="4C546053" w:rsidR="001E7470" w:rsidRPr="00746DE6" w:rsidRDefault="00000000" w:rsidP="0011045F">
      <w:pPr>
        <w:keepNext/>
        <w:keepLines/>
        <w:spacing w:after="0" w:line="240" w:lineRule="auto"/>
      </w:pPr>
      <w:r w:rsidRPr="00746DE6">
        <w:rPr>
          <w:rFonts w:ascii="Times New Roman" w:hAnsi="Times New Roman" w:cs="Times New Roman"/>
          <w:b/>
          <w:sz w:val="24"/>
        </w:rPr>
        <w:t>1. Introduction</w:t>
      </w:r>
    </w:p>
    <w:p w14:paraId="12355D18" w14:textId="77777777" w:rsidR="00A5005D" w:rsidRPr="00746DE6" w:rsidRDefault="00A5005D" w:rsidP="0011045F">
      <w:pPr>
        <w:keepNext/>
        <w:keepLines/>
        <w:spacing w:after="0" w:line="240" w:lineRule="auto"/>
        <w:jc w:val="both"/>
        <w:rPr>
          <w:rFonts w:ascii="Times New Roman" w:hAnsi="Times New Roman" w:cs="Times New Roman"/>
          <w:sz w:val="24"/>
        </w:rPr>
      </w:pPr>
    </w:p>
    <w:p w14:paraId="1A76B558" w14:textId="4E1E353B" w:rsidR="001E7470" w:rsidRPr="00746DE6" w:rsidRDefault="00C94BC7" w:rsidP="0011045F">
      <w:pPr>
        <w:keepNext/>
        <w:keepLines/>
        <w:spacing w:after="0" w:line="240" w:lineRule="auto"/>
        <w:rPr>
          <w:rFonts w:ascii="Times New Roman" w:hAnsi="Times New Roman" w:cs="Times New Roman"/>
          <w:sz w:val="24"/>
        </w:rPr>
      </w:pPr>
      <w:r w:rsidRPr="00746DE6">
        <w:rPr>
          <w:rFonts w:ascii="Times New Roman" w:hAnsi="Times New Roman" w:cs="Times New Roman"/>
          <w:sz w:val="24"/>
        </w:rPr>
        <w:t>Introduction text here.</w:t>
      </w:r>
      <w:r w:rsidR="004F4237" w:rsidRPr="00746DE6">
        <w:rPr>
          <w:rFonts w:ascii="Times New Roman" w:hAnsi="Times New Roman" w:cs="Times New Roman"/>
          <w:sz w:val="24"/>
        </w:rPr>
        <w:t xml:space="preserve"> </w:t>
      </w:r>
      <w:r w:rsidRPr="00746DE6">
        <w:rPr>
          <w:rFonts w:ascii="Times New Roman" w:hAnsi="Times New Roman" w:cs="Times New Roman"/>
          <w:sz w:val="24"/>
        </w:rPr>
        <w:t>Begin your introduction here. Provide background, context, research problem, objectives, and significance of your study. Use subsections if needed (1.1, 1.2, etc.).</w:t>
      </w:r>
    </w:p>
    <w:p w14:paraId="3F92E312" w14:textId="77777777" w:rsidR="00515F6A" w:rsidRPr="00746DE6" w:rsidRDefault="00515F6A">
      <w:pPr>
        <w:spacing w:after="0" w:line="240" w:lineRule="auto"/>
        <w:rPr>
          <w:rFonts w:ascii="Times New Roman" w:hAnsi="Times New Roman" w:cs="Times New Roman"/>
          <w:b/>
          <w:sz w:val="24"/>
        </w:rPr>
      </w:pPr>
    </w:p>
    <w:p w14:paraId="5717C3D7" w14:textId="2BB7A71E" w:rsidR="001E7470" w:rsidRPr="00746DE6" w:rsidRDefault="00000000" w:rsidP="0011045F">
      <w:pPr>
        <w:keepNext/>
        <w:keepLines/>
        <w:spacing w:after="0" w:line="240" w:lineRule="auto"/>
      </w:pPr>
      <w:r w:rsidRPr="00746DE6">
        <w:rPr>
          <w:rFonts w:ascii="Times New Roman" w:hAnsi="Times New Roman" w:cs="Times New Roman"/>
          <w:b/>
          <w:sz w:val="24"/>
        </w:rPr>
        <w:t>1.1 Research Problem</w:t>
      </w:r>
    </w:p>
    <w:p w14:paraId="68BCDD53" w14:textId="77777777" w:rsidR="00A5005D" w:rsidRPr="00746DE6" w:rsidRDefault="00A5005D" w:rsidP="0011045F">
      <w:pPr>
        <w:keepNext/>
        <w:keepLines/>
        <w:spacing w:after="0" w:line="240" w:lineRule="auto"/>
        <w:jc w:val="both"/>
        <w:rPr>
          <w:rFonts w:ascii="Times New Roman" w:hAnsi="Times New Roman" w:cs="Times New Roman"/>
          <w:sz w:val="24"/>
        </w:rPr>
      </w:pPr>
    </w:p>
    <w:p w14:paraId="45C0E4E6" w14:textId="68C1AAA8" w:rsidR="001E7470" w:rsidRPr="00746DE6" w:rsidRDefault="00000000" w:rsidP="0011045F">
      <w:pPr>
        <w:keepNext/>
        <w:keepLines/>
        <w:spacing w:after="0" w:line="240" w:lineRule="auto"/>
        <w:jc w:val="both"/>
      </w:pPr>
      <w:r w:rsidRPr="00746DE6">
        <w:rPr>
          <w:rFonts w:ascii="Times New Roman" w:hAnsi="Times New Roman" w:cs="Times New Roman"/>
          <w:sz w:val="24"/>
        </w:rPr>
        <w:t>Subsection text here...</w:t>
      </w:r>
    </w:p>
    <w:p w14:paraId="790D4C72" w14:textId="77777777" w:rsidR="00515F6A" w:rsidRPr="00746DE6" w:rsidRDefault="00515F6A">
      <w:pPr>
        <w:spacing w:after="0" w:line="240" w:lineRule="auto"/>
        <w:rPr>
          <w:rFonts w:ascii="Times New Roman" w:hAnsi="Times New Roman" w:cs="Times New Roman"/>
          <w:b/>
          <w:sz w:val="24"/>
        </w:rPr>
      </w:pPr>
    </w:p>
    <w:p w14:paraId="49F9C6C9" w14:textId="3961D3F6" w:rsidR="001E7470" w:rsidRPr="00746DE6" w:rsidRDefault="00000000" w:rsidP="0011045F">
      <w:pPr>
        <w:keepNext/>
        <w:keepLines/>
        <w:spacing w:after="0" w:line="240" w:lineRule="auto"/>
      </w:pPr>
      <w:r w:rsidRPr="00746DE6">
        <w:rPr>
          <w:rFonts w:ascii="Times New Roman" w:hAnsi="Times New Roman" w:cs="Times New Roman"/>
          <w:b/>
          <w:sz w:val="24"/>
        </w:rPr>
        <w:t>2. Methodology / Theoretical Framework / Literature Review</w:t>
      </w:r>
    </w:p>
    <w:p w14:paraId="0089F49B" w14:textId="77777777" w:rsidR="00A5005D" w:rsidRPr="00746DE6" w:rsidRDefault="00A5005D" w:rsidP="0011045F">
      <w:pPr>
        <w:keepNext/>
        <w:keepLines/>
        <w:spacing w:after="0" w:line="240" w:lineRule="auto"/>
        <w:jc w:val="both"/>
        <w:rPr>
          <w:rFonts w:ascii="Times New Roman" w:hAnsi="Times New Roman" w:cs="Times New Roman"/>
          <w:sz w:val="24"/>
        </w:rPr>
      </w:pPr>
    </w:p>
    <w:p w14:paraId="0E4BED61" w14:textId="3C0E02B0" w:rsidR="001E7470" w:rsidRPr="00746DE6" w:rsidRDefault="00000000" w:rsidP="0011045F">
      <w:pPr>
        <w:keepNext/>
        <w:keepLines/>
        <w:spacing w:after="0" w:line="240" w:lineRule="auto"/>
      </w:pPr>
      <w:r w:rsidRPr="00746DE6">
        <w:rPr>
          <w:rFonts w:ascii="Times New Roman" w:hAnsi="Times New Roman" w:cs="Times New Roman"/>
          <w:sz w:val="24"/>
        </w:rPr>
        <w:t>For empirical papers: describe your data collection, methods, and analytical procedures. For theoretical papers: present your theoretical framework or conduct your literature review. Use subsections as appropriate.</w:t>
      </w:r>
      <w:r w:rsidR="003E193A" w:rsidRPr="00746DE6">
        <w:rPr>
          <w:rFonts w:ascii="Times New Roman" w:hAnsi="Times New Roman" w:cs="Times New Roman"/>
          <w:sz w:val="24"/>
        </w:rPr>
        <w:t xml:space="preserve"> Use subsections if needed (2.1, 2.2, etc.).</w:t>
      </w:r>
    </w:p>
    <w:p w14:paraId="5464EFCA" w14:textId="77777777" w:rsidR="00301B07" w:rsidRPr="00746DE6" w:rsidRDefault="00301B07">
      <w:pPr>
        <w:spacing w:after="0" w:line="240" w:lineRule="auto"/>
        <w:jc w:val="both"/>
        <w:rPr>
          <w:rFonts w:ascii="Times New Roman" w:hAnsi="Times New Roman" w:cs="Times New Roman"/>
          <w:sz w:val="24"/>
        </w:rPr>
      </w:pPr>
    </w:p>
    <w:p w14:paraId="1CEF3819" w14:textId="1D6A7999" w:rsidR="001E7470" w:rsidRPr="00746DE6" w:rsidRDefault="00056090" w:rsidP="0081758E">
      <w:pPr>
        <w:spacing w:after="0" w:line="240" w:lineRule="auto"/>
        <w:rPr>
          <w:rFonts w:ascii="Times New Roman" w:hAnsi="Times New Roman" w:cs="Times New Roman"/>
          <w:i/>
          <w:color w:val="EE0000"/>
          <w:sz w:val="20"/>
        </w:rPr>
      </w:pPr>
      <w:r w:rsidRPr="00746DE6">
        <w:rPr>
          <w:rFonts w:ascii="Times New Roman" w:hAnsi="Times New Roman" w:cs="Times New Roman"/>
          <w:i/>
          <w:color w:val="EE0000"/>
          <w:sz w:val="20"/>
        </w:rPr>
        <w:t xml:space="preserve">[For papers with equations, insert them </w:t>
      </w:r>
      <w:r w:rsidR="009C28CC" w:rsidRPr="00746DE6">
        <w:rPr>
          <w:rFonts w:ascii="Times New Roman" w:hAnsi="Times New Roman" w:cs="Times New Roman"/>
          <w:i/>
          <w:color w:val="EE0000"/>
          <w:sz w:val="20"/>
        </w:rPr>
        <w:t>where appropriate</w:t>
      </w:r>
      <w:r w:rsidR="00F65F68" w:rsidRPr="00746DE6">
        <w:rPr>
          <w:rFonts w:ascii="Times New Roman" w:hAnsi="Times New Roman" w:cs="Times New Roman"/>
          <w:i/>
          <w:color w:val="EE0000"/>
          <w:sz w:val="20"/>
        </w:rPr>
        <w:t>;</w:t>
      </w:r>
      <w:r w:rsidR="00AE56D4" w:rsidRPr="00746DE6">
        <w:rPr>
          <w:rFonts w:ascii="Times New Roman" w:hAnsi="Times New Roman" w:cs="Times New Roman"/>
          <w:i/>
          <w:color w:val="EE0000"/>
          <w:sz w:val="20"/>
        </w:rPr>
        <w:t xml:space="preserve"> embedded, with the flow of text</w:t>
      </w:r>
      <w:r w:rsidRPr="00746DE6">
        <w:rPr>
          <w:rFonts w:ascii="Times New Roman" w:hAnsi="Times New Roman" w:cs="Times New Roman"/>
          <w:i/>
          <w:color w:val="EE0000"/>
          <w:sz w:val="20"/>
        </w:rPr>
        <w:t>.</w:t>
      </w:r>
      <w:r w:rsidR="009C28CC" w:rsidRPr="00746DE6">
        <w:rPr>
          <w:rFonts w:ascii="Times New Roman" w:hAnsi="Times New Roman" w:cs="Times New Roman"/>
          <w:i/>
          <w:color w:val="EE0000"/>
          <w:sz w:val="20"/>
        </w:rPr>
        <w:t xml:space="preserve"> Each symbol </w:t>
      </w:r>
      <w:r w:rsidR="00897617" w:rsidRPr="00746DE6">
        <w:rPr>
          <w:rFonts w:ascii="Times New Roman" w:hAnsi="Times New Roman" w:cs="Times New Roman"/>
          <w:i/>
          <w:color w:val="EE0000"/>
          <w:sz w:val="20"/>
        </w:rPr>
        <w:t xml:space="preserve">in any equation </w:t>
      </w:r>
      <w:r w:rsidR="009C28CC" w:rsidRPr="00746DE6">
        <w:rPr>
          <w:rFonts w:ascii="Times New Roman" w:hAnsi="Times New Roman" w:cs="Times New Roman"/>
          <w:i/>
          <w:color w:val="EE0000"/>
          <w:sz w:val="20"/>
        </w:rPr>
        <w:t>must be defined once it appears for the first time</w:t>
      </w:r>
      <w:r w:rsidR="00816CB2" w:rsidRPr="00746DE6">
        <w:rPr>
          <w:rFonts w:ascii="Times New Roman" w:hAnsi="Times New Roman" w:cs="Times New Roman"/>
          <w:i/>
          <w:color w:val="EE0000"/>
          <w:sz w:val="20"/>
        </w:rPr>
        <w:t>;</w:t>
      </w:r>
      <w:r w:rsidR="009C28CC" w:rsidRPr="00746DE6">
        <w:rPr>
          <w:rFonts w:ascii="Times New Roman" w:hAnsi="Times New Roman" w:cs="Times New Roman"/>
          <w:i/>
          <w:color w:val="EE0000"/>
          <w:sz w:val="20"/>
        </w:rPr>
        <w:t xml:space="preserve"> </w:t>
      </w:r>
      <w:r w:rsidR="00816CB2" w:rsidRPr="00746DE6">
        <w:rPr>
          <w:rFonts w:ascii="Times New Roman" w:hAnsi="Times New Roman" w:cs="Times New Roman"/>
          <w:i/>
          <w:color w:val="EE0000"/>
          <w:sz w:val="20"/>
        </w:rPr>
        <w:t>n</w:t>
      </w:r>
      <w:r w:rsidR="009C28CC" w:rsidRPr="00746DE6">
        <w:rPr>
          <w:rFonts w:ascii="Times New Roman" w:hAnsi="Times New Roman" w:cs="Times New Roman"/>
          <w:i/>
          <w:color w:val="EE0000"/>
          <w:sz w:val="20"/>
        </w:rPr>
        <w:t>o repe</w:t>
      </w:r>
      <w:r w:rsidR="00897617" w:rsidRPr="00746DE6">
        <w:rPr>
          <w:rFonts w:ascii="Times New Roman" w:hAnsi="Times New Roman" w:cs="Times New Roman"/>
          <w:i/>
          <w:color w:val="EE0000"/>
          <w:sz w:val="20"/>
        </w:rPr>
        <w:t xml:space="preserve">ated definitions; one empty line before </w:t>
      </w:r>
      <w:r w:rsidR="00100A52">
        <w:rPr>
          <w:rFonts w:ascii="Times New Roman" w:hAnsi="Times New Roman" w:cs="Times New Roman"/>
          <w:i/>
          <w:color w:val="EE0000"/>
          <w:sz w:val="20"/>
        </w:rPr>
        <w:t xml:space="preserve">each </w:t>
      </w:r>
      <w:r w:rsidR="00897617" w:rsidRPr="00746DE6">
        <w:rPr>
          <w:rFonts w:ascii="Times New Roman" w:hAnsi="Times New Roman" w:cs="Times New Roman"/>
          <w:i/>
          <w:color w:val="EE0000"/>
          <w:sz w:val="20"/>
        </w:rPr>
        <w:t xml:space="preserve">equation and </w:t>
      </w:r>
      <w:r w:rsidR="00DB7D57">
        <w:rPr>
          <w:rFonts w:ascii="Times New Roman" w:hAnsi="Times New Roman" w:cs="Times New Roman"/>
          <w:i/>
          <w:color w:val="EE0000"/>
          <w:sz w:val="20"/>
        </w:rPr>
        <w:t>one</w:t>
      </w:r>
      <w:r w:rsidR="00897617" w:rsidRPr="00746DE6">
        <w:rPr>
          <w:rFonts w:ascii="Times New Roman" w:hAnsi="Times New Roman" w:cs="Times New Roman"/>
          <w:i/>
          <w:color w:val="EE0000"/>
          <w:sz w:val="20"/>
        </w:rPr>
        <w:t xml:space="preserve"> </w:t>
      </w:r>
      <w:r w:rsidR="00016AA1">
        <w:rPr>
          <w:rFonts w:ascii="Times New Roman" w:hAnsi="Times New Roman" w:cs="Times New Roman"/>
          <w:i/>
          <w:color w:val="EE0000"/>
          <w:sz w:val="20"/>
        </w:rPr>
        <w:t>empty line after it</w:t>
      </w:r>
      <w:r w:rsidR="00100A52">
        <w:rPr>
          <w:rFonts w:ascii="Times New Roman" w:hAnsi="Times New Roman" w:cs="Times New Roman"/>
          <w:i/>
          <w:color w:val="EE0000"/>
          <w:sz w:val="20"/>
        </w:rPr>
        <w:t>, unless multiple equations are constituting a paragraph-block</w:t>
      </w:r>
      <w:r w:rsidR="009C28CC" w:rsidRPr="00746DE6">
        <w:rPr>
          <w:rFonts w:ascii="Times New Roman" w:hAnsi="Times New Roman" w:cs="Times New Roman"/>
          <w:i/>
          <w:color w:val="EE0000"/>
          <w:sz w:val="20"/>
        </w:rPr>
        <w:t>.</w:t>
      </w:r>
      <w:r w:rsidRPr="00746DE6">
        <w:rPr>
          <w:rFonts w:ascii="Times New Roman" w:hAnsi="Times New Roman" w:cs="Times New Roman"/>
          <w:i/>
          <w:color w:val="EE0000"/>
          <w:sz w:val="20"/>
        </w:rPr>
        <w:t xml:space="preserve"> </w:t>
      </w:r>
      <w:r w:rsidR="00016AA1">
        <w:rPr>
          <w:rFonts w:ascii="Times New Roman" w:hAnsi="Times New Roman" w:cs="Times New Roman"/>
          <w:i/>
          <w:color w:val="EE0000"/>
          <w:sz w:val="20"/>
        </w:rPr>
        <w:t xml:space="preserve">Equations </w:t>
      </w:r>
      <w:r w:rsidR="003B197B">
        <w:rPr>
          <w:rFonts w:ascii="Times New Roman" w:hAnsi="Times New Roman" w:cs="Times New Roman"/>
          <w:i/>
          <w:color w:val="EE0000"/>
          <w:sz w:val="20"/>
        </w:rPr>
        <w:t xml:space="preserve">might be </w:t>
      </w:r>
      <w:r w:rsidR="00016AA1">
        <w:rPr>
          <w:rFonts w:ascii="Times New Roman" w:hAnsi="Times New Roman" w:cs="Times New Roman"/>
          <w:i/>
          <w:color w:val="EE0000"/>
          <w:sz w:val="20"/>
        </w:rPr>
        <w:t>numbered</w:t>
      </w:r>
      <w:r w:rsidRPr="00746DE6">
        <w:rPr>
          <w:rFonts w:ascii="Times New Roman" w:hAnsi="Times New Roman" w:cs="Times New Roman"/>
          <w:i/>
          <w:color w:val="EE0000"/>
          <w:sz w:val="20"/>
        </w:rPr>
        <w:t xml:space="preserve"> on right</w:t>
      </w:r>
      <w:r w:rsidR="000F0BC6">
        <w:rPr>
          <w:rFonts w:ascii="Times New Roman" w:hAnsi="Times New Roman" w:cs="Times New Roman"/>
          <w:i/>
          <w:color w:val="EE0000"/>
          <w:sz w:val="20"/>
        </w:rPr>
        <w:t xml:space="preserve"> (not a necessity</w:t>
      </w:r>
      <w:r w:rsidR="00100A52">
        <w:rPr>
          <w:rFonts w:ascii="Times New Roman" w:hAnsi="Times New Roman" w:cs="Times New Roman"/>
          <w:i/>
          <w:color w:val="EE0000"/>
          <w:sz w:val="20"/>
        </w:rPr>
        <w:t xml:space="preserve"> if in-text referencing isn’t needed</w:t>
      </w:r>
      <w:r w:rsidR="000F0BC6">
        <w:rPr>
          <w:rFonts w:ascii="Times New Roman" w:hAnsi="Times New Roman" w:cs="Times New Roman"/>
          <w:i/>
          <w:color w:val="EE0000"/>
          <w:sz w:val="20"/>
        </w:rPr>
        <w:t>)</w:t>
      </w:r>
      <w:r w:rsidRPr="00746DE6">
        <w:rPr>
          <w:rFonts w:ascii="Times New Roman" w:hAnsi="Times New Roman" w:cs="Times New Roman"/>
          <w:i/>
          <w:color w:val="EE0000"/>
          <w:sz w:val="20"/>
        </w:rPr>
        <w:t>.]</w:t>
      </w:r>
    </w:p>
    <w:p w14:paraId="654405FF" w14:textId="77777777" w:rsidR="00897617" w:rsidRPr="00746DE6" w:rsidRDefault="00897617">
      <w:pPr>
        <w:spacing w:after="0" w:line="240" w:lineRule="auto"/>
        <w:jc w:val="center"/>
        <w:rPr>
          <w:rFonts w:ascii="Times New Roman" w:hAnsi="Times New Roman" w:cs="Times New Roman"/>
          <w:sz w:val="24"/>
        </w:rPr>
      </w:pPr>
    </w:p>
    <w:p w14:paraId="2047DF8A" w14:textId="5234BFAD" w:rsidR="001E7470" w:rsidRDefault="00000000" w:rsidP="000212CF">
      <w:pPr>
        <w:spacing w:after="0" w:line="240" w:lineRule="auto"/>
        <w:rPr>
          <w:rFonts w:ascii="Times New Roman" w:hAnsi="Times New Roman" w:cs="Times New Roman"/>
          <w:sz w:val="24"/>
        </w:rPr>
      </w:pPr>
      <w:r w:rsidRPr="00746DE6">
        <w:rPr>
          <w:rFonts w:ascii="Times New Roman" w:hAnsi="Times New Roman" w:cs="Times New Roman"/>
          <w:sz w:val="24"/>
        </w:rPr>
        <w:lastRenderedPageBreak/>
        <w:t>E = mc²</w:t>
      </w:r>
      <w:r w:rsidR="000212CF">
        <w:rPr>
          <w:rFonts w:ascii="Times New Roman" w:hAnsi="Times New Roman" w:cs="Times New Roman"/>
          <w:sz w:val="24"/>
        </w:rPr>
        <w:tab/>
      </w:r>
      <w:r w:rsidRPr="00746DE6">
        <w:rPr>
          <w:rFonts w:ascii="Times New Roman" w:hAnsi="Times New Roman" w:cs="Times New Roman"/>
          <w:sz w:val="24"/>
        </w:rPr>
        <w:t>(1)</w:t>
      </w:r>
    </w:p>
    <w:p w14:paraId="495DD7FF" w14:textId="77777777" w:rsidR="00016AA1" w:rsidRPr="00746DE6" w:rsidRDefault="00016AA1">
      <w:pPr>
        <w:spacing w:after="0" w:line="240" w:lineRule="auto"/>
        <w:jc w:val="center"/>
      </w:pPr>
    </w:p>
    <w:p w14:paraId="3F60DC7B" w14:textId="179E5A48" w:rsidR="00301B07" w:rsidRPr="00746DE6" w:rsidRDefault="003D225B" w:rsidP="0081758E">
      <w:pPr>
        <w:spacing w:after="0" w:line="240" w:lineRule="auto"/>
        <w:rPr>
          <w:rFonts w:ascii="Times New Roman" w:hAnsi="Times New Roman" w:cs="Times New Roman"/>
          <w:sz w:val="24"/>
        </w:rPr>
      </w:pPr>
      <w:r w:rsidRPr="00746DE6">
        <w:rPr>
          <w:rFonts w:ascii="Times New Roman" w:hAnsi="Times New Roman" w:cs="Times New Roman"/>
          <w:sz w:val="24"/>
        </w:rPr>
        <w:t>E: energy (joules), m: mass (kilograms), c: speed of light in vacuum (approximately 300,000 km/s or 186,000 miles/s)</w:t>
      </w:r>
      <w:r w:rsidR="00873E2C" w:rsidRPr="00746DE6">
        <w:rPr>
          <w:rFonts w:ascii="Times New Roman" w:hAnsi="Times New Roman" w:cs="Times New Roman"/>
          <w:sz w:val="24"/>
        </w:rPr>
        <w:t>.</w:t>
      </w:r>
    </w:p>
    <w:p w14:paraId="23FB210E" w14:textId="77777777" w:rsidR="003D225B" w:rsidRPr="00746DE6" w:rsidRDefault="003D225B" w:rsidP="0081758E">
      <w:pPr>
        <w:spacing w:after="0" w:line="240" w:lineRule="auto"/>
        <w:rPr>
          <w:rFonts w:ascii="Times New Roman" w:hAnsi="Times New Roman" w:cs="Times New Roman"/>
          <w:b/>
          <w:sz w:val="24"/>
        </w:rPr>
      </w:pPr>
    </w:p>
    <w:p w14:paraId="3772FB8A" w14:textId="0D6D9103" w:rsidR="001E7470" w:rsidRPr="00746DE6" w:rsidRDefault="00000000" w:rsidP="0011045F">
      <w:pPr>
        <w:keepNext/>
        <w:keepLines/>
        <w:spacing w:after="0" w:line="240" w:lineRule="auto"/>
      </w:pPr>
      <w:r w:rsidRPr="00746DE6">
        <w:rPr>
          <w:rFonts w:ascii="Times New Roman" w:hAnsi="Times New Roman" w:cs="Times New Roman"/>
          <w:b/>
          <w:sz w:val="24"/>
        </w:rPr>
        <w:t>3. Results / Analysis</w:t>
      </w:r>
    </w:p>
    <w:p w14:paraId="754C8B99" w14:textId="77777777" w:rsidR="00A5005D" w:rsidRPr="00746DE6" w:rsidRDefault="00A5005D" w:rsidP="0011045F">
      <w:pPr>
        <w:keepNext/>
        <w:keepLines/>
        <w:spacing w:after="0" w:line="240" w:lineRule="auto"/>
        <w:rPr>
          <w:rFonts w:ascii="Times New Roman" w:hAnsi="Times New Roman" w:cs="Times New Roman"/>
          <w:sz w:val="24"/>
        </w:rPr>
      </w:pPr>
    </w:p>
    <w:p w14:paraId="5128A12B" w14:textId="743D78B4" w:rsidR="001E7470" w:rsidRPr="00746DE6" w:rsidRDefault="00000000" w:rsidP="0011045F">
      <w:pPr>
        <w:keepNext/>
        <w:keepLines/>
        <w:spacing w:after="0" w:line="240" w:lineRule="auto"/>
        <w:rPr>
          <w:rFonts w:ascii="Times New Roman" w:hAnsi="Times New Roman" w:cs="Times New Roman"/>
          <w:sz w:val="24"/>
        </w:rPr>
      </w:pPr>
      <w:r w:rsidRPr="00746DE6">
        <w:rPr>
          <w:rFonts w:ascii="Times New Roman" w:hAnsi="Times New Roman" w:cs="Times New Roman"/>
          <w:sz w:val="24"/>
        </w:rPr>
        <w:t>Present your findings, results, or analytical arguments here. For empirical papers: present data, statistics, and findings. For theoretical papers: develop your arguments and analysis.</w:t>
      </w:r>
      <w:r w:rsidR="00F33BA9" w:rsidRPr="00746DE6">
        <w:rPr>
          <w:rFonts w:ascii="Times New Roman" w:hAnsi="Times New Roman" w:cs="Times New Roman"/>
          <w:sz w:val="24"/>
        </w:rPr>
        <w:t xml:space="preserve"> Use subsections if needed (3.1, 3.2, etc.).</w:t>
      </w:r>
    </w:p>
    <w:p w14:paraId="61E93334" w14:textId="77777777" w:rsidR="004933B1" w:rsidRPr="00746DE6" w:rsidRDefault="004933B1">
      <w:pPr>
        <w:spacing w:after="0" w:line="240" w:lineRule="auto"/>
        <w:jc w:val="both"/>
      </w:pPr>
    </w:p>
    <w:p w14:paraId="26C6945E" w14:textId="3AC2A719" w:rsidR="001E7470" w:rsidRPr="00746DE6" w:rsidRDefault="00000000">
      <w:pPr>
        <w:spacing w:after="0" w:line="240" w:lineRule="auto"/>
        <w:rPr>
          <w:color w:val="EE0000"/>
        </w:rPr>
      </w:pPr>
      <w:r w:rsidRPr="00746DE6">
        <w:rPr>
          <w:rFonts w:ascii="Times New Roman" w:hAnsi="Times New Roman" w:cs="Times New Roman"/>
          <w:i/>
          <w:color w:val="EE0000"/>
          <w:sz w:val="20"/>
        </w:rPr>
        <w:t xml:space="preserve">[Insert figures </w:t>
      </w:r>
      <w:r w:rsidR="00085779" w:rsidRPr="00746DE6">
        <w:rPr>
          <w:rFonts w:ascii="Times New Roman" w:hAnsi="Times New Roman" w:cs="Times New Roman"/>
          <w:i/>
          <w:color w:val="EE0000"/>
          <w:sz w:val="20"/>
        </w:rPr>
        <w:t>and tables once they are mentioned in text</w:t>
      </w:r>
      <w:r w:rsidR="00362601">
        <w:rPr>
          <w:rFonts w:ascii="Times New Roman" w:hAnsi="Times New Roman" w:cs="Times New Roman"/>
          <w:i/>
          <w:color w:val="EE0000"/>
          <w:sz w:val="20"/>
        </w:rPr>
        <w:t>,</w:t>
      </w:r>
      <w:r w:rsidR="00085779" w:rsidRPr="00746DE6">
        <w:rPr>
          <w:rFonts w:ascii="Times New Roman" w:hAnsi="Times New Roman" w:cs="Times New Roman"/>
          <w:i/>
          <w:color w:val="EE0000"/>
          <w:sz w:val="20"/>
        </w:rPr>
        <w:t xml:space="preserve"> embedded</w:t>
      </w:r>
      <w:r w:rsidR="00362601">
        <w:rPr>
          <w:rFonts w:ascii="Times New Roman" w:hAnsi="Times New Roman" w:cs="Times New Roman"/>
          <w:i/>
          <w:color w:val="EE0000"/>
          <w:sz w:val="20"/>
        </w:rPr>
        <w:t>,</w:t>
      </w:r>
      <w:r w:rsidR="00F65F68" w:rsidRPr="00746DE6">
        <w:rPr>
          <w:rFonts w:ascii="Times New Roman" w:hAnsi="Times New Roman" w:cs="Times New Roman"/>
          <w:i/>
          <w:color w:val="EE0000"/>
          <w:sz w:val="20"/>
        </w:rPr>
        <w:t xml:space="preserve"> with the flow of text</w:t>
      </w:r>
      <w:r w:rsidR="00085779" w:rsidRPr="00746DE6">
        <w:rPr>
          <w:rFonts w:ascii="Times New Roman" w:hAnsi="Times New Roman" w:cs="Times New Roman"/>
          <w:i/>
          <w:color w:val="EE0000"/>
          <w:sz w:val="20"/>
        </w:rPr>
        <w:t xml:space="preserve"> (not at end of paper)</w:t>
      </w:r>
      <w:r w:rsidRPr="00746DE6">
        <w:rPr>
          <w:rFonts w:ascii="Times New Roman" w:hAnsi="Times New Roman" w:cs="Times New Roman"/>
          <w:i/>
          <w:color w:val="EE0000"/>
          <w:sz w:val="20"/>
        </w:rPr>
        <w:t>. Caption goes BELOW the figure</w:t>
      </w:r>
      <w:r w:rsidR="003843B1">
        <w:rPr>
          <w:rFonts w:ascii="Times New Roman" w:hAnsi="Times New Roman" w:cs="Times New Roman"/>
          <w:i/>
          <w:color w:val="EE0000"/>
          <w:sz w:val="20"/>
        </w:rPr>
        <w:t xml:space="preserve"> (because every single figure must fit in one single page),</w:t>
      </w:r>
      <w:r w:rsidR="00085779" w:rsidRPr="00746DE6">
        <w:rPr>
          <w:rFonts w:ascii="Times New Roman" w:hAnsi="Times New Roman" w:cs="Times New Roman"/>
          <w:i/>
          <w:color w:val="EE0000"/>
          <w:sz w:val="20"/>
        </w:rPr>
        <w:t xml:space="preserve"> and </w:t>
      </w:r>
      <w:r w:rsidR="003843B1">
        <w:rPr>
          <w:rFonts w:ascii="Times New Roman" w:hAnsi="Times New Roman" w:cs="Times New Roman"/>
          <w:i/>
          <w:color w:val="EE0000"/>
          <w:sz w:val="20"/>
        </w:rPr>
        <w:t xml:space="preserve">Caption </w:t>
      </w:r>
      <w:r w:rsidR="00085779" w:rsidRPr="00746DE6">
        <w:rPr>
          <w:rFonts w:ascii="Times New Roman" w:hAnsi="Times New Roman" w:cs="Times New Roman"/>
          <w:i/>
          <w:color w:val="EE0000"/>
          <w:sz w:val="20"/>
        </w:rPr>
        <w:t>goes ABOVE the table</w:t>
      </w:r>
      <w:r w:rsidR="003843B1">
        <w:rPr>
          <w:rFonts w:ascii="Times New Roman" w:hAnsi="Times New Roman" w:cs="Times New Roman"/>
          <w:i/>
          <w:color w:val="EE0000"/>
          <w:sz w:val="20"/>
        </w:rPr>
        <w:t xml:space="preserve"> (because a table might extend over multiple pages)</w:t>
      </w:r>
      <w:r w:rsidR="003D6949" w:rsidRPr="00746DE6">
        <w:rPr>
          <w:rFonts w:ascii="Times New Roman" w:hAnsi="Times New Roman" w:cs="Times New Roman"/>
          <w:i/>
          <w:color w:val="EE0000"/>
          <w:sz w:val="20"/>
        </w:rPr>
        <w:t>. One empty line before each figure and one empty line after its caption</w:t>
      </w:r>
      <w:r w:rsidR="00F67AC1" w:rsidRPr="00746DE6">
        <w:rPr>
          <w:rFonts w:ascii="Times New Roman" w:hAnsi="Times New Roman" w:cs="Times New Roman"/>
          <w:i/>
          <w:color w:val="EE0000"/>
          <w:sz w:val="20"/>
        </w:rPr>
        <w:t xml:space="preserve"> (no empty line between figure and its caption);</w:t>
      </w:r>
      <w:r w:rsidR="003D6949" w:rsidRPr="00746DE6">
        <w:rPr>
          <w:rFonts w:ascii="Times New Roman" w:hAnsi="Times New Roman" w:cs="Times New Roman"/>
          <w:i/>
          <w:color w:val="EE0000"/>
          <w:sz w:val="20"/>
        </w:rPr>
        <w:t xml:space="preserve"> one empty line before each table’s caption and one empty line after each table</w:t>
      </w:r>
      <w:r w:rsidR="00F67AC1" w:rsidRPr="00746DE6">
        <w:rPr>
          <w:rFonts w:ascii="Times New Roman" w:hAnsi="Times New Roman" w:cs="Times New Roman"/>
          <w:i/>
          <w:color w:val="EE0000"/>
          <w:sz w:val="20"/>
        </w:rPr>
        <w:t xml:space="preserve"> (no empty line between table and its caption)</w:t>
      </w:r>
      <w:r w:rsidR="003D6949" w:rsidRPr="00746DE6">
        <w:rPr>
          <w:rFonts w:ascii="Times New Roman" w:hAnsi="Times New Roman" w:cs="Times New Roman"/>
          <w:i/>
          <w:color w:val="EE0000"/>
          <w:sz w:val="20"/>
        </w:rPr>
        <w:t>.</w:t>
      </w:r>
      <w:r w:rsidR="00B90132">
        <w:rPr>
          <w:rFonts w:ascii="Times New Roman" w:hAnsi="Times New Roman" w:cs="Times New Roman"/>
          <w:i/>
          <w:color w:val="EE0000"/>
          <w:sz w:val="20"/>
        </w:rPr>
        <w:t xml:space="preserve"> Everything is left-aligned</w:t>
      </w:r>
      <w:r w:rsidR="00965A38">
        <w:rPr>
          <w:rFonts w:ascii="Times New Roman" w:hAnsi="Times New Roman" w:cs="Times New Roman"/>
          <w:i/>
          <w:color w:val="EE0000"/>
          <w:sz w:val="20"/>
        </w:rPr>
        <w:t xml:space="preserve"> (</w:t>
      </w:r>
      <w:r w:rsidR="00362601">
        <w:rPr>
          <w:rFonts w:ascii="Times New Roman" w:hAnsi="Times New Roman" w:cs="Times New Roman"/>
          <w:i/>
          <w:color w:val="EE0000"/>
          <w:sz w:val="20"/>
        </w:rPr>
        <w:t xml:space="preserve">figure or table </w:t>
      </w:r>
      <w:r w:rsidR="00965A38">
        <w:rPr>
          <w:rFonts w:ascii="Times New Roman" w:hAnsi="Times New Roman" w:cs="Times New Roman"/>
          <w:i/>
          <w:color w:val="EE0000"/>
          <w:sz w:val="20"/>
        </w:rPr>
        <w:t xml:space="preserve">can be big enough to fill </w:t>
      </w:r>
      <w:r w:rsidR="00362601">
        <w:rPr>
          <w:rFonts w:ascii="Times New Roman" w:hAnsi="Times New Roman" w:cs="Times New Roman"/>
          <w:i/>
          <w:color w:val="EE0000"/>
          <w:sz w:val="20"/>
        </w:rPr>
        <w:t xml:space="preserve">page </w:t>
      </w:r>
      <w:r w:rsidR="00965A38">
        <w:rPr>
          <w:rFonts w:ascii="Times New Roman" w:hAnsi="Times New Roman" w:cs="Times New Roman"/>
          <w:i/>
          <w:color w:val="EE0000"/>
          <w:sz w:val="20"/>
        </w:rPr>
        <w:t>width</w:t>
      </w:r>
      <w:r w:rsidR="000D7BF2">
        <w:rPr>
          <w:rFonts w:ascii="Times New Roman" w:hAnsi="Times New Roman" w:cs="Times New Roman"/>
          <w:i/>
          <w:color w:val="EE0000"/>
          <w:sz w:val="20"/>
        </w:rPr>
        <w:t>, like the table below</w:t>
      </w:r>
      <w:r w:rsidR="00362601">
        <w:rPr>
          <w:rFonts w:ascii="Times New Roman" w:hAnsi="Times New Roman" w:cs="Times New Roman"/>
          <w:i/>
          <w:color w:val="EE0000"/>
          <w:sz w:val="20"/>
        </w:rPr>
        <w:t>, or can be small like the figure below</w:t>
      </w:r>
      <w:r w:rsidR="00780EBA">
        <w:rPr>
          <w:rFonts w:ascii="Times New Roman" w:hAnsi="Times New Roman" w:cs="Times New Roman"/>
          <w:i/>
          <w:color w:val="EE0000"/>
          <w:sz w:val="20"/>
        </w:rPr>
        <w:t>)</w:t>
      </w:r>
      <w:r w:rsidR="00362601">
        <w:rPr>
          <w:rFonts w:ascii="Times New Roman" w:hAnsi="Times New Roman" w:cs="Times New Roman"/>
          <w:i/>
          <w:color w:val="EE0000"/>
          <w:sz w:val="20"/>
        </w:rPr>
        <w:t>. Keep in mind best visuality: if it’s necessary to have font 11pt or 10pt to provide best visuality of figures or tables, that’s fine; this is the only exception of the rule of 12pt font size; everything in every figure and table must be 100% readable; no pixelization is allowed at all.</w:t>
      </w:r>
      <w:r w:rsidRPr="00746DE6">
        <w:rPr>
          <w:rFonts w:ascii="Times New Roman" w:hAnsi="Times New Roman" w:cs="Times New Roman"/>
          <w:i/>
          <w:color w:val="EE0000"/>
          <w:sz w:val="20"/>
        </w:rPr>
        <w:t>]</w:t>
      </w:r>
    </w:p>
    <w:p w14:paraId="39040815" w14:textId="77777777" w:rsidR="00085779" w:rsidRPr="00746DE6" w:rsidRDefault="00085779">
      <w:pPr>
        <w:spacing w:after="0" w:line="240" w:lineRule="auto"/>
        <w:jc w:val="center"/>
        <w:rPr>
          <w:rFonts w:ascii="Times New Roman" w:hAnsi="Times New Roman" w:cs="Times New Roman"/>
          <w:sz w:val="24"/>
        </w:rPr>
      </w:pPr>
    </w:p>
    <w:p w14:paraId="2B369678" w14:textId="48E8BC33" w:rsidR="001E7470" w:rsidRPr="00746DE6" w:rsidRDefault="003D6949" w:rsidP="00B90132">
      <w:pPr>
        <w:keepNext/>
        <w:keepLines/>
        <w:spacing w:after="0" w:line="240" w:lineRule="auto"/>
      </w:pPr>
      <w:r w:rsidRPr="00746DE6">
        <w:rPr>
          <w:noProof/>
        </w:rPr>
        <w:drawing>
          <wp:inline distT="0" distB="0" distL="0" distR="0" wp14:anchorId="2388DF46" wp14:editId="4034F3A8">
            <wp:extent cx="3352800" cy="662281"/>
            <wp:effectExtent l="0" t="0" r="0" b="5080"/>
            <wp:docPr id="18253881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388101" name="Picture 1825388101"/>
                    <pic:cNvPicPr/>
                  </pic:nvPicPr>
                  <pic:blipFill>
                    <a:blip r:embed="rId8"/>
                    <a:stretch>
                      <a:fillRect/>
                    </a:stretch>
                  </pic:blipFill>
                  <pic:spPr>
                    <a:xfrm>
                      <a:off x="0" y="0"/>
                      <a:ext cx="3465651" cy="684573"/>
                    </a:xfrm>
                    <a:prstGeom prst="rect">
                      <a:avLst/>
                    </a:prstGeom>
                  </pic:spPr>
                </pic:pic>
              </a:graphicData>
            </a:graphic>
          </wp:inline>
        </w:drawing>
      </w:r>
    </w:p>
    <w:p w14:paraId="68373589" w14:textId="0C0D57CB" w:rsidR="001E7470" w:rsidRPr="00746DE6" w:rsidRDefault="00000000" w:rsidP="00B90132">
      <w:pPr>
        <w:keepNext/>
        <w:keepLines/>
        <w:spacing w:after="0" w:line="240" w:lineRule="auto"/>
        <w:rPr>
          <w:rFonts w:asciiTheme="majorBidi" w:hAnsiTheme="majorBidi" w:cstheme="majorBidi"/>
          <w:sz w:val="24"/>
          <w:szCs w:val="24"/>
        </w:rPr>
      </w:pPr>
      <w:r w:rsidRPr="00746DE6">
        <w:rPr>
          <w:rFonts w:asciiTheme="majorBidi" w:hAnsiTheme="majorBidi" w:cstheme="majorBidi"/>
          <w:sz w:val="24"/>
          <w:szCs w:val="24"/>
        </w:rPr>
        <w:t>Figure 1. Caption describing the figure content</w:t>
      </w:r>
    </w:p>
    <w:p w14:paraId="1AE352EF" w14:textId="77777777" w:rsidR="00301B07" w:rsidRPr="00746DE6" w:rsidRDefault="00301B07">
      <w:pPr>
        <w:spacing w:after="0" w:line="240" w:lineRule="auto"/>
        <w:jc w:val="center"/>
        <w:rPr>
          <w:rFonts w:asciiTheme="majorBidi" w:hAnsiTheme="majorBidi" w:cstheme="majorBidi"/>
          <w:sz w:val="24"/>
          <w:szCs w:val="24"/>
        </w:rPr>
      </w:pPr>
    </w:p>
    <w:p w14:paraId="6CFC93DD" w14:textId="6EED264D" w:rsidR="001E7470" w:rsidRPr="00746DE6" w:rsidRDefault="00000000" w:rsidP="00B90132">
      <w:pPr>
        <w:keepNext/>
        <w:keepLines/>
        <w:spacing w:after="0" w:line="240" w:lineRule="auto"/>
        <w:rPr>
          <w:rFonts w:asciiTheme="majorBidi" w:hAnsiTheme="majorBidi" w:cstheme="majorBidi"/>
          <w:sz w:val="24"/>
          <w:szCs w:val="24"/>
        </w:rPr>
      </w:pPr>
      <w:r w:rsidRPr="00746DE6">
        <w:rPr>
          <w:rFonts w:asciiTheme="majorBidi" w:hAnsiTheme="majorBidi" w:cstheme="majorBidi"/>
          <w:sz w:val="24"/>
          <w:szCs w:val="24"/>
        </w:rPr>
        <w:t>Table 1. Caption describing the table content</w:t>
      </w:r>
    </w:p>
    <w:tbl>
      <w:tblPr>
        <w:tblStyle w:val="GridTable4-Accent4"/>
        <w:tblW w:w="0" w:type="auto"/>
        <w:tblLook w:val="04A0" w:firstRow="1" w:lastRow="0" w:firstColumn="1" w:lastColumn="0" w:noHBand="0" w:noVBand="1"/>
      </w:tblPr>
      <w:tblGrid>
        <w:gridCol w:w="3120"/>
        <w:gridCol w:w="3120"/>
        <w:gridCol w:w="3120"/>
      </w:tblGrid>
      <w:tr w:rsidR="001E7470" w:rsidRPr="00746DE6" w14:paraId="7A4AC231" w14:textId="77777777" w:rsidTr="00D72A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Pr>
          <w:p w14:paraId="30C16917" w14:textId="77777777" w:rsidR="001E7470" w:rsidRPr="00746DE6" w:rsidRDefault="00000000" w:rsidP="00033594">
            <w:pPr>
              <w:keepNext/>
              <w:keepLines/>
              <w:rPr>
                <w:rFonts w:ascii="Times New Roman" w:hAnsi="Times New Roman" w:cs="Times New Roman"/>
                <w:b w:val="0"/>
                <w:bCs w:val="0"/>
                <w:sz w:val="24"/>
              </w:rPr>
            </w:pPr>
            <w:r w:rsidRPr="00746DE6">
              <w:rPr>
                <w:rFonts w:ascii="Times New Roman" w:hAnsi="Times New Roman" w:cs="Times New Roman"/>
                <w:b w:val="0"/>
                <w:bCs w:val="0"/>
                <w:sz w:val="24"/>
              </w:rPr>
              <w:t>Variable</w:t>
            </w:r>
          </w:p>
        </w:tc>
        <w:tc>
          <w:tcPr>
            <w:tcW w:w="3120" w:type="dxa"/>
          </w:tcPr>
          <w:p w14:paraId="06E96F1A" w14:textId="77777777" w:rsidR="001E7470" w:rsidRPr="00746DE6" w:rsidRDefault="00000000" w:rsidP="00033594">
            <w:pPr>
              <w:keepNext/>
              <w:keepLine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rPr>
            </w:pPr>
            <w:r w:rsidRPr="00746DE6">
              <w:rPr>
                <w:rFonts w:ascii="Times New Roman" w:hAnsi="Times New Roman" w:cs="Times New Roman"/>
                <w:b w:val="0"/>
                <w:bCs w:val="0"/>
                <w:sz w:val="24"/>
              </w:rPr>
              <w:t>Value 1</w:t>
            </w:r>
          </w:p>
        </w:tc>
        <w:tc>
          <w:tcPr>
            <w:tcW w:w="3120" w:type="dxa"/>
          </w:tcPr>
          <w:p w14:paraId="4457E075" w14:textId="77777777" w:rsidR="001E7470" w:rsidRPr="00746DE6" w:rsidRDefault="00000000" w:rsidP="00033594">
            <w:pPr>
              <w:keepNext/>
              <w:keepLine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rPr>
            </w:pPr>
            <w:r w:rsidRPr="00746DE6">
              <w:rPr>
                <w:rFonts w:ascii="Times New Roman" w:hAnsi="Times New Roman" w:cs="Times New Roman"/>
                <w:b w:val="0"/>
                <w:bCs w:val="0"/>
                <w:sz w:val="24"/>
              </w:rPr>
              <w:t>Value 2</w:t>
            </w:r>
          </w:p>
        </w:tc>
      </w:tr>
      <w:tr w:rsidR="001E7470" w:rsidRPr="00746DE6" w14:paraId="354CB1CE" w14:textId="77777777" w:rsidTr="00D72A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Pr>
          <w:p w14:paraId="2108BBE7" w14:textId="77777777" w:rsidR="001E7470" w:rsidRPr="00746DE6" w:rsidRDefault="00000000" w:rsidP="00033594">
            <w:pPr>
              <w:keepNext/>
              <w:keepLines/>
              <w:rPr>
                <w:rFonts w:ascii="Times New Roman" w:hAnsi="Times New Roman" w:cs="Times New Roman"/>
                <w:b w:val="0"/>
                <w:bCs w:val="0"/>
                <w:sz w:val="24"/>
              </w:rPr>
            </w:pPr>
            <w:r w:rsidRPr="00746DE6">
              <w:rPr>
                <w:rFonts w:ascii="Times New Roman" w:hAnsi="Times New Roman" w:cs="Times New Roman"/>
                <w:b w:val="0"/>
                <w:bCs w:val="0"/>
                <w:sz w:val="24"/>
              </w:rPr>
              <w:t>Data A</w:t>
            </w:r>
          </w:p>
        </w:tc>
        <w:tc>
          <w:tcPr>
            <w:tcW w:w="3120" w:type="dxa"/>
          </w:tcPr>
          <w:p w14:paraId="671D482F" w14:textId="77777777" w:rsidR="001E7470" w:rsidRPr="00746DE6" w:rsidRDefault="00000000" w:rsidP="00033594">
            <w:pPr>
              <w:keepNext/>
              <w:keepLine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746DE6">
              <w:rPr>
                <w:rFonts w:ascii="Times New Roman" w:hAnsi="Times New Roman" w:cs="Times New Roman"/>
                <w:sz w:val="24"/>
              </w:rPr>
              <w:t>100</w:t>
            </w:r>
          </w:p>
        </w:tc>
        <w:tc>
          <w:tcPr>
            <w:tcW w:w="3120" w:type="dxa"/>
          </w:tcPr>
          <w:p w14:paraId="696726E9" w14:textId="77777777" w:rsidR="001E7470" w:rsidRPr="00746DE6" w:rsidRDefault="00000000" w:rsidP="00033594">
            <w:pPr>
              <w:keepNext/>
              <w:keepLine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746DE6">
              <w:rPr>
                <w:rFonts w:ascii="Times New Roman" w:hAnsi="Times New Roman" w:cs="Times New Roman"/>
                <w:sz w:val="24"/>
              </w:rPr>
              <w:t>150</w:t>
            </w:r>
          </w:p>
        </w:tc>
      </w:tr>
      <w:tr w:rsidR="001E7470" w:rsidRPr="00746DE6" w14:paraId="72E77252" w14:textId="77777777" w:rsidTr="00D72A47">
        <w:tc>
          <w:tcPr>
            <w:cnfStyle w:val="001000000000" w:firstRow="0" w:lastRow="0" w:firstColumn="1" w:lastColumn="0" w:oddVBand="0" w:evenVBand="0" w:oddHBand="0" w:evenHBand="0" w:firstRowFirstColumn="0" w:firstRowLastColumn="0" w:lastRowFirstColumn="0" w:lastRowLastColumn="0"/>
            <w:tcW w:w="3120" w:type="dxa"/>
          </w:tcPr>
          <w:p w14:paraId="5A4DFAA9" w14:textId="77777777" w:rsidR="001E7470" w:rsidRPr="00746DE6" w:rsidRDefault="00000000">
            <w:pPr>
              <w:rPr>
                <w:rFonts w:ascii="Times New Roman" w:hAnsi="Times New Roman" w:cs="Times New Roman"/>
                <w:b w:val="0"/>
                <w:bCs w:val="0"/>
                <w:sz w:val="24"/>
              </w:rPr>
            </w:pPr>
            <w:r w:rsidRPr="00746DE6">
              <w:rPr>
                <w:rFonts w:ascii="Times New Roman" w:hAnsi="Times New Roman" w:cs="Times New Roman"/>
                <w:b w:val="0"/>
                <w:bCs w:val="0"/>
                <w:sz w:val="24"/>
              </w:rPr>
              <w:t>Data B</w:t>
            </w:r>
          </w:p>
        </w:tc>
        <w:tc>
          <w:tcPr>
            <w:tcW w:w="3120" w:type="dxa"/>
          </w:tcPr>
          <w:p w14:paraId="7C960287" w14:textId="77777777" w:rsidR="001E7470" w:rsidRPr="00746DE6" w:rsidRDefault="0000000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746DE6">
              <w:rPr>
                <w:rFonts w:ascii="Times New Roman" w:hAnsi="Times New Roman" w:cs="Times New Roman"/>
                <w:sz w:val="24"/>
              </w:rPr>
              <w:t>200</w:t>
            </w:r>
          </w:p>
        </w:tc>
        <w:tc>
          <w:tcPr>
            <w:tcW w:w="3120" w:type="dxa"/>
          </w:tcPr>
          <w:p w14:paraId="21EBECC8" w14:textId="77777777" w:rsidR="001E7470" w:rsidRPr="00746DE6" w:rsidRDefault="0000000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746DE6">
              <w:rPr>
                <w:rFonts w:ascii="Times New Roman" w:hAnsi="Times New Roman" w:cs="Times New Roman"/>
                <w:sz w:val="24"/>
              </w:rPr>
              <w:t>250</w:t>
            </w:r>
          </w:p>
        </w:tc>
      </w:tr>
    </w:tbl>
    <w:p w14:paraId="2F83CF8B" w14:textId="77777777" w:rsidR="00015CC6" w:rsidRPr="00746DE6" w:rsidRDefault="00015CC6" w:rsidP="00AE0934">
      <w:pPr>
        <w:widowControl w:val="0"/>
        <w:spacing w:after="0" w:line="240" w:lineRule="auto"/>
        <w:rPr>
          <w:rFonts w:ascii="Times New Roman" w:hAnsi="Times New Roman" w:cs="Times New Roman"/>
          <w:b/>
          <w:sz w:val="24"/>
        </w:rPr>
      </w:pPr>
    </w:p>
    <w:p w14:paraId="562CAAD9" w14:textId="2C50B6DC" w:rsidR="001E7470" w:rsidRPr="00746DE6" w:rsidRDefault="00000000" w:rsidP="0011045F">
      <w:pPr>
        <w:keepNext/>
        <w:keepLines/>
        <w:spacing w:after="0" w:line="240" w:lineRule="auto"/>
      </w:pPr>
      <w:r w:rsidRPr="00746DE6">
        <w:rPr>
          <w:rFonts w:ascii="Times New Roman" w:hAnsi="Times New Roman" w:cs="Times New Roman"/>
          <w:b/>
          <w:sz w:val="24"/>
        </w:rPr>
        <w:t>4. Discussion / Implications</w:t>
      </w:r>
    </w:p>
    <w:p w14:paraId="4E3BC2FC" w14:textId="77777777" w:rsidR="005A197B" w:rsidRPr="00746DE6" w:rsidRDefault="005A197B" w:rsidP="0011045F">
      <w:pPr>
        <w:keepNext/>
        <w:keepLines/>
        <w:spacing w:after="0" w:line="240" w:lineRule="auto"/>
        <w:rPr>
          <w:rFonts w:ascii="Times New Roman" w:hAnsi="Times New Roman" w:cs="Times New Roman"/>
          <w:sz w:val="24"/>
        </w:rPr>
      </w:pPr>
    </w:p>
    <w:p w14:paraId="0AA32F96" w14:textId="1495B48A" w:rsidR="001E7470" w:rsidRPr="00746DE6" w:rsidRDefault="00000000" w:rsidP="0011045F">
      <w:pPr>
        <w:keepNext/>
        <w:keepLines/>
        <w:spacing w:after="0" w:line="240" w:lineRule="auto"/>
      </w:pPr>
      <w:r w:rsidRPr="00746DE6">
        <w:rPr>
          <w:rFonts w:ascii="Times New Roman" w:hAnsi="Times New Roman" w:cs="Times New Roman"/>
          <w:sz w:val="24"/>
        </w:rPr>
        <w:t>Interpret your results, discuss implications, compare with existing literature, address limitations, and suggest directions for future research.</w:t>
      </w:r>
      <w:r w:rsidR="00932381" w:rsidRPr="00746DE6">
        <w:rPr>
          <w:rFonts w:ascii="Times New Roman" w:hAnsi="Times New Roman" w:cs="Times New Roman"/>
          <w:sz w:val="24"/>
        </w:rPr>
        <w:t xml:space="preserve"> Use subsections if needed (4.1, 4.2, etc.).</w:t>
      </w:r>
    </w:p>
    <w:p w14:paraId="60CEDF7B" w14:textId="77777777" w:rsidR="00301B07" w:rsidRPr="00746DE6" w:rsidRDefault="00301B07" w:rsidP="0081758E">
      <w:pPr>
        <w:spacing w:after="0" w:line="240" w:lineRule="auto"/>
        <w:rPr>
          <w:rFonts w:ascii="Times New Roman" w:hAnsi="Times New Roman" w:cs="Times New Roman"/>
          <w:b/>
          <w:sz w:val="24"/>
        </w:rPr>
      </w:pPr>
    </w:p>
    <w:p w14:paraId="1418802A" w14:textId="7B86A7F7" w:rsidR="001E7470" w:rsidRPr="00746DE6" w:rsidRDefault="00000000" w:rsidP="000A7E8A">
      <w:pPr>
        <w:keepNext/>
        <w:keepLines/>
        <w:spacing w:after="0" w:line="240" w:lineRule="auto"/>
        <w:rPr>
          <w:rFonts w:ascii="Times New Roman" w:hAnsi="Times New Roman" w:cs="Times New Roman"/>
          <w:b/>
          <w:sz w:val="24"/>
        </w:rPr>
      </w:pPr>
      <w:r w:rsidRPr="00746DE6">
        <w:rPr>
          <w:rFonts w:ascii="Times New Roman" w:hAnsi="Times New Roman" w:cs="Times New Roman"/>
          <w:b/>
          <w:sz w:val="24"/>
        </w:rPr>
        <w:t>5. Conclusion</w:t>
      </w:r>
      <w:r w:rsidR="00064B56">
        <w:rPr>
          <w:rFonts w:ascii="Times New Roman" w:hAnsi="Times New Roman" w:cs="Times New Roman"/>
          <w:b/>
          <w:sz w:val="24"/>
        </w:rPr>
        <w:t>s</w:t>
      </w:r>
    </w:p>
    <w:p w14:paraId="7987F3A7" w14:textId="77777777" w:rsidR="00C41D94" w:rsidRPr="00746DE6" w:rsidRDefault="00C41D94" w:rsidP="000A7E8A">
      <w:pPr>
        <w:keepNext/>
        <w:keepLines/>
        <w:spacing w:after="0" w:line="240" w:lineRule="auto"/>
      </w:pPr>
    </w:p>
    <w:p w14:paraId="0AF99750" w14:textId="3513B55E" w:rsidR="001E7470" w:rsidRPr="00746DE6" w:rsidRDefault="00000000" w:rsidP="000A7E8A">
      <w:pPr>
        <w:keepNext/>
        <w:keepLines/>
        <w:spacing w:after="0" w:line="240" w:lineRule="auto"/>
      </w:pPr>
      <w:r w:rsidRPr="00746DE6">
        <w:rPr>
          <w:rFonts w:ascii="Times New Roman" w:hAnsi="Times New Roman" w:cs="Times New Roman"/>
          <w:sz w:val="24"/>
        </w:rPr>
        <w:t>Summarize your key findings, contributions, and final thoughts.</w:t>
      </w:r>
      <w:r w:rsidR="00932381" w:rsidRPr="00746DE6">
        <w:rPr>
          <w:rFonts w:ascii="Times New Roman" w:hAnsi="Times New Roman" w:cs="Times New Roman"/>
          <w:sz w:val="24"/>
        </w:rPr>
        <w:t xml:space="preserve"> Use subsections if needed (5.1, 5.2, etc.).</w:t>
      </w:r>
    </w:p>
    <w:p w14:paraId="66655951" w14:textId="77777777" w:rsidR="00301B07" w:rsidRPr="00746DE6" w:rsidRDefault="00301B07" w:rsidP="0081758E">
      <w:pPr>
        <w:spacing w:after="0" w:line="240" w:lineRule="auto"/>
        <w:rPr>
          <w:rFonts w:ascii="Times New Roman" w:hAnsi="Times New Roman" w:cs="Times New Roman"/>
          <w:b/>
          <w:sz w:val="24"/>
        </w:rPr>
      </w:pPr>
    </w:p>
    <w:p w14:paraId="2AC5869F" w14:textId="0B260D6A" w:rsidR="001E7470" w:rsidRPr="00746DE6" w:rsidRDefault="00B14C3F" w:rsidP="000A7E8A">
      <w:pPr>
        <w:keepNext/>
        <w:keepLines/>
        <w:spacing w:after="0" w:line="240" w:lineRule="auto"/>
        <w:rPr>
          <w:rFonts w:ascii="Times New Roman" w:hAnsi="Times New Roman" w:cs="Times New Roman"/>
          <w:b/>
          <w:sz w:val="24"/>
        </w:rPr>
      </w:pPr>
      <w:r>
        <w:rPr>
          <w:rFonts w:ascii="Times New Roman" w:hAnsi="Times New Roman" w:cs="Times New Roman"/>
          <w:b/>
          <w:sz w:val="24"/>
        </w:rPr>
        <w:t xml:space="preserve">6. </w:t>
      </w:r>
      <w:r w:rsidRPr="00746DE6">
        <w:rPr>
          <w:rFonts w:ascii="Times New Roman" w:hAnsi="Times New Roman" w:cs="Times New Roman"/>
          <w:b/>
          <w:sz w:val="24"/>
        </w:rPr>
        <w:t>Acknowledgments</w:t>
      </w:r>
    </w:p>
    <w:p w14:paraId="7193363D" w14:textId="77777777" w:rsidR="00C41D94" w:rsidRPr="00746DE6" w:rsidRDefault="00C41D94" w:rsidP="000A7E8A">
      <w:pPr>
        <w:keepNext/>
        <w:keepLines/>
        <w:spacing w:after="0" w:line="240" w:lineRule="auto"/>
      </w:pPr>
    </w:p>
    <w:p w14:paraId="76CA57C7" w14:textId="23CA4D9F" w:rsidR="001E7470" w:rsidRPr="00746DE6" w:rsidRDefault="00DE1A53" w:rsidP="000A7E8A">
      <w:pPr>
        <w:keepNext/>
        <w:keepLines/>
        <w:spacing w:after="0" w:line="240" w:lineRule="auto"/>
      </w:pPr>
      <w:r>
        <w:rPr>
          <w:rFonts w:ascii="Times New Roman" w:hAnsi="Times New Roman" w:cs="Times New Roman"/>
          <w:sz w:val="24"/>
        </w:rPr>
        <w:t>O</w:t>
      </w:r>
      <w:r w:rsidRPr="00746DE6">
        <w:rPr>
          <w:rFonts w:ascii="Times New Roman" w:hAnsi="Times New Roman" w:cs="Times New Roman"/>
          <w:sz w:val="24"/>
        </w:rPr>
        <w:t>ptional</w:t>
      </w:r>
      <w:r w:rsidR="00646C06">
        <w:rPr>
          <w:rFonts w:ascii="Times New Roman" w:hAnsi="Times New Roman" w:cs="Times New Roman"/>
          <w:sz w:val="24"/>
        </w:rPr>
        <w:t xml:space="preserve"> section</w:t>
      </w:r>
      <w:r w:rsidRPr="00746DE6">
        <w:rPr>
          <w:rFonts w:ascii="Times New Roman" w:hAnsi="Times New Roman" w:cs="Times New Roman"/>
          <w:sz w:val="24"/>
        </w:rPr>
        <w:t xml:space="preserve">: </w:t>
      </w:r>
      <w:r w:rsidR="00646C06">
        <w:rPr>
          <w:rFonts w:ascii="Times New Roman" w:hAnsi="Times New Roman" w:cs="Times New Roman"/>
          <w:sz w:val="24"/>
        </w:rPr>
        <w:t>if you wish to a</w:t>
      </w:r>
      <w:r w:rsidRPr="00746DE6">
        <w:rPr>
          <w:rFonts w:ascii="Times New Roman" w:hAnsi="Times New Roman" w:cs="Times New Roman"/>
          <w:sz w:val="24"/>
        </w:rPr>
        <w:t>cknowledge funding sources, collaborator</w:t>
      </w:r>
      <w:r w:rsidR="00815957">
        <w:rPr>
          <w:rFonts w:ascii="Times New Roman" w:hAnsi="Times New Roman" w:cs="Times New Roman"/>
          <w:sz w:val="24"/>
        </w:rPr>
        <w:t>s, or any assistance. This is where you mention any conflict of interest clearly.</w:t>
      </w:r>
    </w:p>
    <w:p w14:paraId="5D6DFBDF" w14:textId="77777777" w:rsidR="00301B07" w:rsidRPr="00746DE6" w:rsidRDefault="00301B07" w:rsidP="0081758E">
      <w:pPr>
        <w:spacing w:after="0" w:line="240" w:lineRule="auto"/>
        <w:rPr>
          <w:rFonts w:ascii="Times New Roman" w:hAnsi="Times New Roman" w:cs="Times New Roman"/>
          <w:b/>
          <w:sz w:val="24"/>
        </w:rPr>
      </w:pPr>
    </w:p>
    <w:p w14:paraId="62361270" w14:textId="242966A5" w:rsidR="001E7470" w:rsidRPr="00746DE6" w:rsidRDefault="00B14C3F" w:rsidP="00EF1015">
      <w:pPr>
        <w:keepNext/>
        <w:keepLines/>
        <w:spacing w:after="0" w:line="240" w:lineRule="auto"/>
      </w:pPr>
      <w:r>
        <w:rPr>
          <w:rFonts w:ascii="Times New Roman" w:hAnsi="Times New Roman" w:cs="Times New Roman"/>
          <w:b/>
          <w:sz w:val="24"/>
        </w:rPr>
        <w:lastRenderedPageBreak/>
        <w:t xml:space="preserve">7. </w:t>
      </w:r>
      <w:r w:rsidRPr="00746DE6">
        <w:rPr>
          <w:rFonts w:ascii="Times New Roman" w:hAnsi="Times New Roman" w:cs="Times New Roman"/>
          <w:b/>
          <w:sz w:val="24"/>
        </w:rPr>
        <w:t>References</w:t>
      </w:r>
    </w:p>
    <w:p w14:paraId="09B07A06" w14:textId="77777777" w:rsidR="00C41D94" w:rsidRPr="00746DE6" w:rsidRDefault="00C41D94" w:rsidP="00EF1015">
      <w:pPr>
        <w:keepNext/>
        <w:keepLines/>
        <w:spacing w:after="0" w:line="240" w:lineRule="auto"/>
        <w:rPr>
          <w:rFonts w:ascii="Times New Roman" w:hAnsi="Times New Roman" w:cs="Times New Roman"/>
          <w:sz w:val="24"/>
        </w:rPr>
      </w:pPr>
    </w:p>
    <w:p w14:paraId="4F6E3B23" w14:textId="20A1FD65" w:rsidR="001E7470" w:rsidRPr="00746DE6" w:rsidRDefault="00084E8C" w:rsidP="00EF1015">
      <w:pPr>
        <w:keepNext/>
        <w:keepLines/>
        <w:spacing w:after="0" w:line="240" w:lineRule="auto"/>
        <w:rPr>
          <w:rFonts w:ascii="Times New Roman" w:hAnsi="Times New Roman" w:cs="Times New Roman"/>
          <w:i/>
          <w:color w:val="FF0000"/>
          <w:sz w:val="20"/>
        </w:rPr>
      </w:pPr>
      <w:r w:rsidRPr="00746DE6">
        <w:rPr>
          <w:rFonts w:ascii="Times New Roman" w:hAnsi="Times New Roman" w:cs="Times New Roman"/>
          <w:i/>
          <w:color w:val="FF0000"/>
          <w:sz w:val="20"/>
        </w:rPr>
        <w:t>[</w:t>
      </w:r>
      <w:r w:rsidR="00646C06">
        <w:rPr>
          <w:rFonts w:ascii="Times New Roman" w:hAnsi="Times New Roman" w:cs="Times New Roman"/>
          <w:i/>
          <w:color w:val="FF0000"/>
          <w:sz w:val="20"/>
        </w:rPr>
        <w:t>Numbered; s</w:t>
      </w:r>
      <w:r w:rsidR="00A573F4">
        <w:rPr>
          <w:rFonts w:ascii="Times New Roman" w:hAnsi="Times New Roman" w:cs="Times New Roman"/>
          <w:i/>
          <w:color w:val="FF0000"/>
          <w:sz w:val="20"/>
        </w:rPr>
        <w:t>tarts as</w:t>
      </w:r>
      <w:r w:rsidR="000539EF" w:rsidRPr="00746DE6">
        <w:rPr>
          <w:rFonts w:ascii="Times New Roman" w:hAnsi="Times New Roman" w:cs="Times New Roman"/>
          <w:i/>
          <w:color w:val="FF0000"/>
          <w:sz w:val="20"/>
        </w:rPr>
        <w:t xml:space="preserve"> continuation </w:t>
      </w:r>
      <w:r w:rsidR="00732D67" w:rsidRPr="00746DE6">
        <w:rPr>
          <w:rFonts w:ascii="Times New Roman" w:hAnsi="Times New Roman" w:cs="Times New Roman"/>
          <w:i/>
          <w:color w:val="FF0000"/>
          <w:sz w:val="20"/>
        </w:rPr>
        <w:t>after</w:t>
      </w:r>
      <w:r w:rsidR="000539EF" w:rsidRPr="00746DE6">
        <w:rPr>
          <w:rFonts w:ascii="Times New Roman" w:hAnsi="Times New Roman" w:cs="Times New Roman"/>
          <w:i/>
          <w:color w:val="FF0000"/>
          <w:sz w:val="20"/>
        </w:rPr>
        <w:t xml:space="preserve"> </w:t>
      </w:r>
      <w:r w:rsidR="00B3108C">
        <w:rPr>
          <w:rFonts w:ascii="Times New Roman" w:hAnsi="Times New Roman" w:cs="Times New Roman"/>
          <w:i/>
          <w:color w:val="FF0000"/>
          <w:sz w:val="20"/>
        </w:rPr>
        <w:t>previous</w:t>
      </w:r>
      <w:r w:rsidR="00732D67" w:rsidRPr="00746DE6">
        <w:rPr>
          <w:rFonts w:ascii="Times New Roman" w:hAnsi="Times New Roman" w:cs="Times New Roman"/>
          <w:i/>
          <w:color w:val="FF0000"/>
          <w:sz w:val="20"/>
        </w:rPr>
        <w:t xml:space="preserve"> section </w:t>
      </w:r>
      <w:r w:rsidR="00866108" w:rsidRPr="00746DE6">
        <w:rPr>
          <w:rFonts w:ascii="Times New Roman" w:hAnsi="Times New Roman" w:cs="Times New Roman"/>
          <w:i/>
          <w:color w:val="FF0000"/>
          <w:sz w:val="20"/>
        </w:rPr>
        <w:t>(with Widow/Orphan Control</w:t>
      </w:r>
      <w:r w:rsidR="00A573F4">
        <w:rPr>
          <w:rFonts w:ascii="Times New Roman" w:hAnsi="Times New Roman" w:cs="Times New Roman"/>
          <w:i/>
          <w:color w:val="FF0000"/>
          <w:sz w:val="20"/>
        </w:rPr>
        <w:t>, which is necessary always</w:t>
      </w:r>
      <w:r w:rsidR="00866108" w:rsidRPr="00746DE6">
        <w:rPr>
          <w:rFonts w:ascii="Times New Roman" w:hAnsi="Times New Roman" w:cs="Times New Roman"/>
          <w:i/>
          <w:color w:val="FF0000"/>
          <w:sz w:val="20"/>
        </w:rPr>
        <w:t>)</w:t>
      </w:r>
      <w:r w:rsidR="000539EF" w:rsidRPr="00746DE6">
        <w:rPr>
          <w:rFonts w:ascii="Times New Roman" w:hAnsi="Times New Roman" w:cs="Times New Roman"/>
          <w:i/>
          <w:color w:val="FF0000"/>
          <w:sz w:val="20"/>
        </w:rPr>
        <w:t xml:space="preserve">. </w:t>
      </w:r>
      <w:r w:rsidRPr="00746DE6">
        <w:rPr>
          <w:rFonts w:ascii="Times New Roman" w:hAnsi="Times New Roman" w:cs="Times New Roman"/>
          <w:i/>
          <w:color w:val="FF0000"/>
          <w:sz w:val="20"/>
        </w:rPr>
        <w:t xml:space="preserve">List all references here. Use any standard citation format (APA, MLA, Chicago, Vancouver, IEEE, etc.) but maintain consistency throughout. Each reference should be </w:t>
      </w:r>
      <w:r w:rsidR="00C12780" w:rsidRPr="00746DE6">
        <w:rPr>
          <w:rFonts w:ascii="Times New Roman" w:hAnsi="Times New Roman" w:cs="Times New Roman"/>
          <w:i/>
          <w:color w:val="FF0000"/>
          <w:sz w:val="20"/>
        </w:rPr>
        <w:t xml:space="preserve">numbered </w:t>
      </w:r>
      <w:r w:rsidRPr="00746DE6">
        <w:rPr>
          <w:rFonts w:ascii="Times New Roman" w:hAnsi="Times New Roman" w:cs="Times New Roman"/>
          <w:i/>
          <w:color w:val="FF0000"/>
          <w:sz w:val="20"/>
        </w:rPr>
        <w:t>on a new line.</w:t>
      </w:r>
      <w:r w:rsidR="002D47AE" w:rsidRPr="00746DE6">
        <w:rPr>
          <w:rFonts w:ascii="Times New Roman" w:hAnsi="Times New Roman" w:cs="Times New Roman"/>
          <w:i/>
          <w:color w:val="FF0000"/>
          <w:sz w:val="20"/>
        </w:rPr>
        <w:t xml:space="preserve"> No empty lines between references, as seen below</w:t>
      </w:r>
      <w:r w:rsidRPr="00746DE6">
        <w:rPr>
          <w:rFonts w:ascii="Times New Roman" w:hAnsi="Times New Roman" w:cs="Times New Roman"/>
          <w:i/>
          <w:color w:val="FF0000"/>
          <w:sz w:val="20"/>
        </w:rPr>
        <w:t>]</w:t>
      </w:r>
    </w:p>
    <w:p w14:paraId="7C435EDB" w14:textId="77777777" w:rsidR="00084E8C" w:rsidRPr="00746DE6" w:rsidRDefault="00084E8C" w:rsidP="00084E8C">
      <w:pPr>
        <w:spacing w:after="0" w:line="240" w:lineRule="auto"/>
        <w:rPr>
          <w:rFonts w:ascii="Times New Roman" w:hAnsi="Times New Roman" w:cs="Times New Roman"/>
          <w:sz w:val="24"/>
        </w:rPr>
      </w:pPr>
    </w:p>
    <w:p w14:paraId="52DF8F7F" w14:textId="39E5EF79" w:rsidR="001E7470" w:rsidRPr="00746DE6" w:rsidRDefault="00000000" w:rsidP="00B13599">
      <w:pPr>
        <w:pStyle w:val="ListParagraph"/>
        <w:numPr>
          <w:ilvl w:val="0"/>
          <w:numId w:val="10"/>
        </w:numPr>
        <w:spacing w:after="0" w:line="240" w:lineRule="auto"/>
        <w:ind w:left="360"/>
      </w:pPr>
      <w:r w:rsidRPr="00746DE6">
        <w:rPr>
          <w:rFonts w:ascii="Times New Roman" w:hAnsi="Times New Roman" w:cs="Times New Roman"/>
          <w:sz w:val="24"/>
        </w:rPr>
        <w:t xml:space="preserve">Author, A. A., &amp; Author, B. B. (2023). Title </w:t>
      </w:r>
      <w:r w:rsidR="00C12780" w:rsidRPr="00746DE6">
        <w:rPr>
          <w:rFonts w:ascii="Times New Roman" w:hAnsi="Times New Roman" w:cs="Times New Roman"/>
          <w:sz w:val="24"/>
        </w:rPr>
        <w:t>of</w:t>
      </w:r>
      <w:r w:rsidRPr="00746DE6">
        <w:rPr>
          <w:rFonts w:ascii="Times New Roman" w:hAnsi="Times New Roman" w:cs="Times New Roman"/>
          <w:sz w:val="24"/>
        </w:rPr>
        <w:t xml:space="preserve"> article. Journal Name, </w:t>
      </w:r>
      <w:r w:rsidR="00C12780" w:rsidRPr="00746DE6">
        <w:rPr>
          <w:rFonts w:ascii="Times New Roman" w:hAnsi="Times New Roman" w:cs="Times New Roman"/>
          <w:sz w:val="24"/>
        </w:rPr>
        <w:t>11</w:t>
      </w:r>
      <w:r w:rsidRPr="00746DE6">
        <w:rPr>
          <w:rFonts w:ascii="Times New Roman" w:hAnsi="Times New Roman" w:cs="Times New Roman"/>
          <w:sz w:val="24"/>
        </w:rPr>
        <w:t>(2), 123-145. https://doi.org/xxx</w:t>
      </w:r>
    </w:p>
    <w:p w14:paraId="65FC8511" w14:textId="3259DFAF" w:rsidR="00F10E7B" w:rsidRPr="00BF49D7" w:rsidRDefault="00C12780" w:rsidP="00BF49D7">
      <w:pPr>
        <w:pStyle w:val="ListParagraph"/>
        <w:numPr>
          <w:ilvl w:val="0"/>
          <w:numId w:val="10"/>
        </w:numPr>
        <w:spacing w:after="0" w:line="240" w:lineRule="auto"/>
        <w:ind w:left="360"/>
      </w:pPr>
      <w:r w:rsidRPr="00746DE6">
        <w:rPr>
          <w:rFonts w:ascii="Times New Roman" w:hAnsi="Times New Roman" w:cs="Times New Roman"/>
          <w:sz w:val="24"/>
        </w:rPr>
        <w:t xml:space="preserve">Author, C. C. (2022). Title of article. Journal Name, </w:t>
      </w:r>
      <w:r w:rsidR="000362A7" w:rsidRPr="00746DE6">
        <w:rPr>
          <w:rFonts w:ascii="Times New Roman" w:hAnsi="Times New Roman" w:cs="Times New Roman"/>
          <w:sz w:val="24"/>
        </w:rPr>
        <w:t>3</w:t>
      </w:r>
      <w:r w:rsidRPr="00746DE6">
        <w:rPr>
          <w:rFonts w:ascii="Times New Roman" w:hAnsi="Times New Roman" w:cs="Times New Roman"/>
          <w:sz w:val="24"/>
        </w:rPr>
        <w:t>(</w:t>
      </w:r>
      <w:r w:rsidR="000362A7" w:rsidRPr="00746DE6">
        <w:rPr>
          <w:rFonts w:ascii="Times New Roman" w:hAnsi="Times New Roman" w:cs="Times New Roman"/>
          <w:sz w:val="24"/>
        </w:rPr>
        <w:t>7</w:t>
      </w:r>
      <w:r w:rsidRPr="00746DE6">
        <w:rPr>
          <w:rFonts w:ascii="Times New Roman" w:hAnsi="Times New Roman" w:cs="Times New Roman"/>
          <w:sz w:val="24"/>
        </w:rPr>
        <w:t xml:space="preserve">), </w:t>
      </w:r>
      <w:r w:rsidR="00765C96" w:rsidRPr="00746DE6">
        <w:rPr>
          <w:rFonts w:ascii="Times New Roman" w:hAnsi="Times New Roman" w:cs="Times New Roman"/>
          <w:sz w:val="24"/>
        </w:rPr>
        <w:t>23</w:t>
      </w:r>
      <w:r w:rsidRPr="00746DE6">
        <w:rPr>
          <w:rFonts w:ascii="Times New Roman" w:hAnsi="Times New Roman" w:cs="Times New Roman"/>
          <w:sz w:val="24"/>
        </w:rPr>
        <w:t>-45. https://doi.org/xxx</w:t>
      </w:r>
    </w:p>
    <w:p w14:paraId="19F6DF15" w14:textId="77777777" w:rsidR="003843B1" w:rsidRDefault="003843B1">
      <w:pPr>
        <w:spacing w:after="0" w:line="240" w:lineRule="auto"/>
        <w:rPr>
          <w:rFonts w:ascii="Times New Roman" w:hAnsi="Times New Roman" w:cs="Times New Roman"/>
          <w:i/>
          <w:color w:val="FF0000"/>
          <w:sz w:val="20"/>
        </w:rPr>
      </w:pPr>
    </w:p>
    <w:p w14:paraId="561506DE" w14:textId="4FD6A8AE" w:rsidR="001E7470" w:rsidRPr="00746DE6" w:rsidRDefault="00B45EFB">
      <w:pPr>
        <w:spacing w:after="0" w:line="240" w:lineRule="auto"/>
        <w:rPr>
          <w:rFonts w:ascii="Times New Roman" w:hAnsi="Times New Roman" w:cs="Times New Roman"/>
          <w:i/>
          <w:color w:val="FF0000"/>
          <w:sz w:val="20"/>
        </w:rPr>
      </w:pPr>
      <w:r>
        <w:rPr>
          <w:rFonts w:ascii="Times New Roman" w:hAnsi="Times New Roman" w:cs="Times New Roman"/>
          <w:i/>
          <w:color w:val="FF0000"/>
          <w:sz w:val="20"/>
        </w:rPr>
        <w:t xml:space="preserve">General: </w:t>
      </w:r>
      <w:r w:rsidRPr="00746DE6">
        <w:rPr>
          <w:rFonts w:ascii="Times New Roman" w:hAnsi="Times New Roman" w:cs="Times New Roman"/>
          <w:i/>
          <w:color w:val="FF0000"/>
          <w:sz w:val="20"/>
        </w:rPr>
        <w:t>[LINE NUMBERS: After opening this template in Microsoft Word, enable line numbers by going to: Layout → Line Numbers → Continuous. This will add line numbers to every line</w:t>
      </w:r>
      <w:r w:rsidR="00B94E14">
        <w:rPr>
          <w:rFonts w:ascii="Times New Roman" w:hAnsi="Times New Roman" w:cs="Times New Roman"/>
          <w:i/>
          <w:color w:val="FF0000"/>
          <w:sz w:val="20"/>
        </w:rPr>
        <w:t xml:space="preserve"> (</w:t>
      </w:r>
      <w:r w:rsidR="00A029A6">
        <w:rPr>
          <w:rFonts w:ascii="Times New Roman" w:hAnsi="Times New Roman" w:cs="Times New Roman"/>
          <w:i/>
          <w:color w:val="FF0000"/>
          <w:sz w:val="20"/>
        </w:rPr>
        <w:t>we will delete them in final published paper</w:t>
      </w:r>
      <w:r w:rsidR="00B94E14">
        <w:rPr>
          <w:rFonts w:ascii="Times New Roman" w:hAnsi="Times New Roman" w:cs="Times New Roman"/>
          <w:i/>
          <w:color w:val="FF0000"/>
          <w:sz w:val="20"/>
        </w:rPr>
        <w:t>)</w:t>
      </w:r>
      <w:r w:rsidRPr="00746DE6">
        <w:rPr>
          <w:rFonts w:ascii="Times New Roman" w:hAnsi="Times New Roman" w:cs="Times New Roman"/>
          <w:i/>
          <w:color w:val="FF0000"/>
          <w:sz w:val="20"/>
        </w:rPr>
        <w:t>.</w:t>
      </w:r>
      <w:r w:rsidR="00D424E8" w:rsidRPr="00746DE6">
        <w:rPr>
          <w:rFonts w:ascii="Times New Roman" w:hAnsi="Times New Roman" w:cs="Times New Roman"/>
          <w:i/>
          <w:color w:val="FF0000"/>
          <w:sz w:val="20"/>
        </w:rPr>
        <w:t xml:space="preserve"> There must be a line number </w:t>
      </w:r>
      <w:r w:rsidR="00C20CB7" w:rsidRPr="00746DE6">
        <w:rPr>
          <w:rFonts w:ascii="Times New Roman" w:hAnsi="Times New Roman" w:cs="Times New Roman"/>
          <w:i/>
          <w:color w:val="FF0000"/>
          <w:sz w:val="20"/>
        </w:rPr>
        <w:t>on the left of every single line</w:t>
      </w:r>
      <w:r w:rsidR="00D424E8" w:rsidRPr="00746DE6">
        <w:rPr>
          <w:rFonts w:ascii="Times New Roman" w:hAnsi="Times New Roman" w:cs="Times New Roman"/>
          <w:i/>
          <w:color w:val="FF0000"/>
          <w:sz w:val="20"/>
        </w:rPr>
        <w:t xml:space="preserve"> </w:t>
      </w:r>
      <w:r w:rsidR="00A029A6">
        <w:rPr>
          <w:rFonts w:ascii="Times New Roman" w:hAnsi="Times New Roman" w:cs="Times New Roman"/>
          <w:i/>
          <w:color w:val="FF0000"/>
          <w:sz w:val="20"/>
        </w:rPr>
        <w:t xml:space="preserve">in any version submitted for review, </w:t>
      </w:r>
      <w:r w:rsidR="00D424E8" w:rsidRPr="00746DE6">
        <w:rPr>
          <w:rFonts w:ascii="Times New Roman" w:hAnsi="Times New Roman" w:cs="Times New Roman"/>
          <w:i/>
          <w:color w:val="FF0000"/>
          <w:sz w:val="20"/>
        </w:rPr>
        <w:t>except</w:t>
      </w:r>
      <w:r w:rsidR="0043103E" w:rsidRPr="00746DE6">
        <w:rPr>
          <w:rFonts w:ascii="Times New Roman" w:hAnsi="Times New Roman" w:cs="Times New Roman"/>
          <w:i/>
          <w:color w:val="FF0000"/>
          <w:sz w:val="20"/>
        </w:rPr>
        <w:t xml:space="preserve"> </w:t>
      </w:r>
      <w:r w:rsidR="006A0601">
        <w:rPr>
          <w:rFonts w:ascii="Times New Roman" w:hAnsi="Times New Roman" w:cs="Times New Roman"/>
          <w:i/>
          <w:color w:val="FF0000"/>
          <w:sz w:val="20"/>
        </w:rPr>
        <w:t>the special cases of</w:t>
      </w:r>
      <w:r w:rsidR="00D424E8" w:rsidRPr="00746DE6">
        <w:rPr>
          <w:rFonts w:ascii="Times New Roman" w:hAnsi="Times New Roman" w:cs="Times New Roman"/>
          <w:i/>
          <w:color w:val="FF0000"/>
          <w:sz w:val="20"/>
        </w:rPr>
        <w:t xml:space="preserve"> figures and tables</w:t>
      </w:r>
      <w:r w:rsidR="00372506" w:rsidRPr="00746DE6">
        <w:rPr>
          <w:rFonts w:ascii="Times New Roman" w:hAnsi="Times New Roman" w:cs="Times New Roman"/>
          <w:i/>
          <w:color w:val="FF0000"/>
          <w:sz w:val="20"/>
        </w:rPr>
        <w:t>, as seen above</w:t>
      </w:r>
      <w:r w:rsidR="00D424E8" w:rsidRPr="00746DE6">
        <w:rPr>
          <w:rFonts w:ascii="Times New Roman" w:hAnsi="Times New Roman" w:cs="Times New Roman"/>
          <w:i/>
          <w:color w:val="FF0000"/>
          <w:sz w:val="20"/>
        </w:rPr>
        <w:t>.</w:t>
      </w:r>
      <w:r w:rsidRPr="00746DE6">
        <w:rPr>
          <w:rFonts w:ascii="Times New Roman" w:hAnsi="Times New Roman" w:cs="Times New Roman"/>
          <w:i/>
          <w:color w:val="FF0000"/>
          <w:sz w:val="20"/>
        </w:rPr>
        <w:t>]</w:t>
      </w:r>
    </w:p>
    <w:p w14:paraId="43902CCA" w14:textId="77777777" w:rsidR="004A034D" w:rsidRPr="00746DE6" w:rsidRDefault="004A034D">
      <w:pPr>
        <w:spacing w:after="0" w:line="240" w:lineRule="auto"/>
        <w:rPr>
          <w:rFonts w:ascii="Times New Roman" w:hAnsi="Times New Roman" w:cs="Times New Roman"/>
          <w:i/>
          <w:color w:val="FF0000"/>
          <w:sz w:val="20"/>
        </w:rPr>
      </w:pPr>
    </w:p>
    <w:p w14:paraId="6B334086" w14:textId="16CE00F5" w:rsidR="00AB6407" w:rsidRPr="001F2DCD" w:rsidRDefault="00AB6407" w:rsidP="00AB6407">
      <w:pPr>
        <w:spacing w:after="0" w:line="240" w:lineRule="auto"/>
        <w:rPr>
          <w:rFonts w:ascii="Times New Roman" w:hAnsi="Times New Roman" w:cs="Times New Roman"/>
          <w:i/>
          <w:color w:val="FF0000"/>
          <w:sz w:val="20"/>
        </w:rPr>
      </w:pPr>
      <w:r>
        <w:rPr>
          <w:rFonts w:ascii="Times New Roman" w:hAnsi="Times New Roman" w:cs="Times New Roman"/>
          <w:i/>
          <w:noProof/>
          <w:color w:val="FF0000"/>
          <w:sz w:val="20"/>
        </w:rPr>
        <w:drawing>
          <wp:anchor distT="0" distB="0" distL="114300" distR="114300" simplePos="0" relativeHeight="251657216" behindDoc="0" locked="0" layoutInCell="1" allowOverlap="1" wp14:anchorId="3331B24A" wp14:editId="5AF3B06D">
            <wp:simplePos x="0" y="0"/>
            <wp:positionH relativeFrom="column">
              <wp:posOffset>668324</wp:posOffset>
            </wp:positionH>
            <wp:positionV relativeFrom="paragraph">
              <wp:posOffset>1011573</wp:posOffset>
            </wp:positionV>
            <wp:extent cx="4289425" cy="4612640"/>
            <wp:effectExtent l="0" t="0" r="0" b="0"/>
            <wp:wrapSquare wrapText="bothSides"/>
            <wp:docPr id="10103910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391090" name="Picture 1010391090"/>
                    <pic:cNvPicPr/>
                  </pic:nvPicPr>
                  <pic:blipFill>
                    <a:blip r:embed="rId9"/>
                    <a:stretch>
                      <a:fillRect/>
                    </a:stretch>
                  </pic:blipFill>
                  <pic:spPr>
                    <a:xfrm>
                      <a:off x="0" y="0"/>
                      <a:ext cx="4289425" cy="4612640"/>
                    </a:xfrm>
                    <a:prstGeom prst="rect">
                      <a:avLst/>
                    </a:prstGeom>
                  </pic:spPr>
                </pic:pic>
              </a:graphicData>
            </a:graphic>
            <wp14:sizeRelH relativeFrom="page">
              <wp14:pctWidth>0</wp14:pctWidth>
            </wp14:sizeRelH>
            <wp14:sizeRelV relativeFrom="page">
              <wp14:pctHeight>0</wp14:pctHeight>
            </wp14:sizeRelV>
          </wp:anchor>
        </w:drawing>
      </w:r>
      <w:r w:rsidR="00B45EFB">
        <w:rPr>
          <w:rFonts w:ascii="Times New Roman" w:hAnsi="Times New Roman" w:cs="Times New Roman"/>
          <w:i/>
          <w:color w:val="FF0000"/>
          <w:sz w:val="20"/>
        </w:rPr>
        <w:t xml:space="preserve">General: </w:t>
      </w:r>
      <w:r w:rsidR="004A034D" w:rsidRPr="00746DE6">
        <w:rPr>
          <w:rFonts w:ascii="Times New Roman" w:hAnsi="Times New Roman" w:cs="Times New Roman"/>
          <w:i/>
          <w:color w:val="FF0000"/>
          <w:sz w:val="20"/>
        </w:rPr>
        <w:t>[Widow/Orphan Control:</w:t>
      </w:r>
      <w:r w:rsidR="009227C6">
        <w:rPr>
          <w:rFonts w:ascii="Times New Roman" w:hAnsi="Times New Roman" w:cs="Times New Roman"/>
          <w:i/>
          <w:color w:val="FF0000"/>
          <w:sz w:val="20"/>
        </w:rPr>
        <w:t xml:space="preserve"> </w:t>
      </w:r>
      <w:r w:rsidR="004A034D" w:rsidRPr="00746DE6">
        <w:rPr>
          <w:rFonts w:ascii="Times New Roman" w:hAnsi="Times New Roman" w:cs="Times New Roman"/>
          <w:i/>
          <w:color w:val="FF0000"/>
          <w:sz w:val="20"/>
        </w:rPr>
        <w:t>Always; no header or sub</w:t>
      </w:r>
      <w:r w:rsidR="00746DE6" w:rsidRPr="00746DE6">
        <w:rPr>
          <w:rFonts w:ascii="Times New Roman" w:hAnsi="Times New Roman" w:cs="Times New Roman"/>
          <w:i/>
          <w:color w:val="FF0000"/>
          <w:sz w:val="20"/>
        </w:rPr>
        <w:t>-</w:t>
      </w:r>
      <w:r w:rsidR="004A034D" w:rsidRPr="00746DE6">
        <w:rPr>
          <w:rFonts w:ascii="Times New Roman" w:hAnsi="Times New Roman" w:cs="Times New Roman"/>
          <w:i/>
          <w:color w:val="FF0000"/>
          <w:sz w:val="20"/>
        </w:rPr>
        <w:t>header at end of any page unless minimum of one line of text follows on same page.</w:t>
      </w:r>
      <w:r w:rsidR="00ED02EB">
        <w:rPr>
          <w:rFonts w:ascii="Times New Roman" w:hAnsi="Times New Roman" w:cs="Times New Roman"/>
          <w:i/>
          <w:color w:val="FF0000"/>
          <w:sz w:val="20"/>
        </w:rPr>
        <w:t xml:space="preserve"> You are advised not to ever have two consecutive empty lines, as the line numbers will reveal them</w:t>
      </w:r>
      <w:r w:rsidR="00482FDE">
        <w:rPr>
          <w:rFonts w:ascii="Times New Roman" w:hAnsi="Times New Roman" w:cs="Times New Roman"/>
          <w:i/>
          <w:color w:val="FF0000"/>
          <w:sz w:val="20"/>
        </w:rPr>
        <w:t xml:space="preserve"> if you don’t suppress that</w:t>
      </w:r>
      <w:r w:rsidR="00ED02EB">
        <w:rPr>
          <w:rFonts w:ascii="Times New Roman" w:hAnsi="Times New Roman" w:cs="Times New Roman"/>
          <w:i/>
          <w:color w:val="FF0000"/>
          <w:sz w:val="20"/>
        </w:rPr>
        <w:t>; instead, highlight the lines you want, right-click</w:t>
      </w:r>
      <w:r w:rsidR="00275164">
        <w:rPr>
          <w:rFonts w:ascii="Times New Roman" w:hAnsi="Times New Roman" w:cs="Times New Roman"/>
          <w:i/>
          <w:color w:val="FF0000"/>
          <w:sz w:val="20"/>
        </w:rPr>
        <w:t xml:space="preserve"> on them then</w:t>
      </w:r>
      <w:r w:rsidR="00ED02EB">
        <w:rPr>
          <w:rFonts w:ascii="Times New Roman" w:hAnsi="Times New Roman" w:cs="Times New Roman"/>
          <w:i/>
          <w:color w:val="FF0000"/>
          <w:sz w:val="20"/>
        </w:rPr>
        <w:t xml:space="preserve"> click on </w:t>
      </w:r>
      <w:r w:rsidR="00A70148">
        <w:rPr>
          <w:rFonts w:ascii="Times New Roman" w:hAnsi="Times New Roman" w:cs="Times New Roman"/>
          <w:i/>
          <w:color w:val="FF0000"/>
          <w:sz w:val="20"/>
        </w:rPr>
        <w:t>“</w:t>
      </w:r>
      <w:r w:rsidR="00ED02EB">
        <w:rPr>
          <w:rFonts w:ascii="Times New Roman" w:hAnsi="Times New Roman" w:cs="Times New Roman"/>
          <w:i/>
          <w:color w:val="FF0000"/>
          <w:sz w:val="20"/>
        </w:rPr>
        <w:t>Paragraph</w:t>
      </w:r>
      <w:r w:rsidR="00A70148">
        <w:rPr>
          <w:rFonts w:ascii="Times New Roman" w:hAnsi="Times New Roman" w:cs="Times New Roman"/>
          <w:i/>
          <w:color w:val="FF0000"/>
          <w:sz w:val="20"/>
        </w:rPr>
        <w:t>”</w:t>
      </w:r>
      <w:r w:rsidR="00ED02EB">
        <w:rPr>
          <w:rFonts w:ascii="Times New Roman" w:hAnsi="Times New Roman" w:cs="Times New Roman"/>
          <w:i/>
          <w:color w:val="FF0000"/>
          <w:sz w:val="20"/>
        </w:rPr>
        <w:t xml:space="preserve">, then click on </w:t>
      </w:r>
      <w:r w:rsidR="00A70148">
        <w:rPr>
          <w:rFonts w:ascii="Times New Roman" w:hAnsi="Times New Roman" w:cs="Times New Roman"/>
          <w:i/>
          <w:color w:val="FF0000"/>
          <w:sz w:val="20"/>
        </w:rPr>
        <w:t>“</w:t>
      </w:r>
      <w:r w:rsidR="00ED02EB">
        <w:rPr>
          <w:rFonts w:ascii="Times New Roman" w:hAnsi="Times New Roman" w:cs="Times New Roman"/>
          <w:i/>
          <w:color w:val="FF0000"/>
          <w:sz w:val="20"/>
        </w:rPr>
        <w:t>Line and Page Breaks</w:t>
      </w:r>
      <w:r w:rsidR="00A70148">
        <w:rPr>
          <w:rFonts w:ascii="Times New Roman" w:hAnsi="Times New Roman" w:cs="Times New Roman"/>
          <w:i/>
          <w:color w:val="FF0000"/>
          <w:sz w:val="20"/>
        </w:rPr>
        <w:t>”</w:t>
      </w:r>
      <w:r w:rsidR="00ED02EB">
        <w:rPr>
          <w:rFonts w:ascii="Times New Roman" w:hAnsi="Times New Roman" w:cs="Times New Roman"/>
          <w:i/>
          <w:color w:val="FF0000"/>
          <w:sz w:val="20"/>
        </w:rPr>
        <w:t xml:space="preserve">, </w:t>
      </w:r>
      <w:r w:rsidR="00D801F9">
        <w:rPr>
          <w:rFonts w:ascii="Times New Roman" w:hAnsi="Times New Roman" w:cs="Times New Roman"/>
          <w:i/>
          <w:color w:val="FF0000"/>
          <w:sz w:val="20"/>
        </w:rPr>
        <w:t>the</w:t>
      </w:r>
      <w:r w:rsidR="00275164">
        <w:rPr>
          <w:rFonts w:ascii="Times New Roman" w:hAnsi="Times New Roman" w:cs="Times New Roman"/>
          <w:i/>
          <w:color w:val="FF0000"/>
          <w:sz w:val="20"/>
        </w:rPr>
        <w:t>n</w:t>
      </w:r>
      <w:r w:rsidR="00D801F9">
        <w:rPr>
          <w:rFonts w:ascii="Times New Roman" w:hAnsi="Times New Roman" w:cs="Times New Roman"/>
          <w:i/>
          <w:color w:val="FF0000"/>
          <w:sz w:val="20"/>
        </w:rPr>
        <w:t xml:space="preserve"> select appropriate </w:t>
      </w:r>
      <w:r w:rsidR="00A70148">
        <w:rPr>
          <w:rFonts w:ascii="Times New Roman" w:hAnsi="Times New Roman" w:cs="Times New Roman"/>
          <w:i/>
          <w:color w:val="FF0000"/>
          <w:sz w:val="20"/>
        </w:rPr>
        <w:t>“</w:t>
      </w:r>
      <w:r w:rsidR="00D801F9">
        <w:rPr>
          <w:rFonts w:ascii="Times New Roman" w:hAnsi="Times New Roman" w:cs="Times New Roman"/>
          <w:i/>
          <w:color w:val="FF0000"/>
          <w:sz w:val="20"/>
        </w:rPr>
        <w:t>Pagination</w:t>
      </w:r>
      <w:r w:rsidR="00A70148">
        <w:rPr>
          <w:rFonts w:ascii="Times New Roman" w:hAnsi="Times New Roman" w:cs="Times New Roman"/>
          <w:i/>
          <w:color w:val="FF0000"/>
          <w:sz w:val="20"/>
        </w:rPr>
        <w:t>”</w:t>
      </w:r>
      <w:r w:rsidR="00247904">
        <w:rPr>
          <w:rFonts w:ascii="Times New Roman" w:hAnsi="Times New Roman" w:cs="Times New Roman"/>
          <w:i/>
          <w:color w:val="FF0000"/>
          <w:sz w:val="20"/>
        </w:rPr>
        <w:t xml:space="preserve"> options</w:t>
      </w:r>
      <w:r w:rsidR="00EA4789">
        <w:rPr>
          <w:rFonts w:ascii="Times New Roman" w:hAnsi="Times New Roman" w:cs="Times New Roman"/>
          <w:i/>
          <w:color w:val="FF0000"/>
          <w:sz w:val="20"/>
        </w:rPr>
        <w:t>.</w:t>
      </w:r>
      <w:r w:rsidR="004A034D" w:rsidRPr="00746DE6">
        <w:rPr>
          <w:rFonts w:ascii="Times New Roman" w:hAnsi="Times New Roman" w:cs="Times New Roman"/>
          <w:i/>
          <w:color w:val="FF0000"/>
          <w:sz w:val="20"/>
        </w:rPr>
        <w:t>]</w:t>
      </w:r>
    </w:p>
    <w:sectPr w:rsidR="00AB6407" w:rsidRPr="001F2DCD" w:rsidSect="00060B09">
      <w:headerReference w:type="default" r:id="rId10"/>
      <w:footerReference w:type="default" r:id="rId11"/>
      <w:pgSz w:w="12240" w:h="15840"/>
      <w:pgMar w:top="1440" w:right="1440" w:bottom="1620" w:left="1440" w:header="720" w:footer="26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9C33D7" w14:textId="77777777" w:rsidR="00037D24" w:rsidRPr="00746DE6" w:rsidRDefault="00037D24">
      <w:pPr>
        <w:spacing w:after="0" w:line="240" w:lineRule="auto"/>
      </w:pPr>
      <w:r w:rsidRPr="00746DE6">
        <w:separator/>
      </w:r>
    </w:p>
  </w:endnote>
  <w:endnote w:type="continuationSeparator" w:id="0">
    <w:p w14:paraId="42D49F6F" w14:textId="77777777" w:rsidR="00037D24" w:rsidRPr="00746DE6" w:rsidRDefault="00037D24">
      <w:pPr>
        <w:spacing w:after="0" w:line="240" w:lineRule="auto"/>
      </w:pPr>
      <w:r w:rsidRPr="00746DE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D9A57" w14:textId="76891FF9" w:rsidR="001E7470" w:rsidRPr="00C53772" w:rsidRDefault="007546F5" w:rsidP="007546F5">
    <w:pPr>
      <w:pStyle w:val="Footer"/>
      <w:rPr>
        <w:sz w:val="20"/>
        <w:szCs w:val="20"/>
      </w:rPr>
    </w:pPr>
    <w:r w:rsidRPr="00C53772">
      <w:rPr>
        <w:rFonts w:ascii="Times New Roman" w:hAnsi="Times New Roman" w:cs="Times New Roman"/>
        <w:sz w:val="20"/>
        <w:szCs w:val="20"/>
      </w:rPr>
      <w:t>© 2025-2026 Artificial Intelligence Review AIR Publishing House LLC (AIR Journals); US-registered Limited Liability Company. All rights reserved.</w:t>
    </w:r>
    <w:r w:rsidRPr="00C53772">
      <w:rPr>
        <w:rFonts w:ascii="Times New Roman" w:hAnsi="Times New Roman" w:cs="Times New Roman"/>
        <w:sz w:val="20"/>
        <w:szCs w:val="20"/>
      </w:rPr>
      <w:tab/>
    </w:r>
    <w:r w:rsidR="00C53772">
      <w:rPr>
        <w:rFonts w:ascii="Times New Roman" w:hAnsi="Times New Roman" w:cs="Times New Roman"/>
        <w:sz w:val="20"/>
        <w:szCs w:val="20"/>
      </w:rPr>
      <w:tab/>
    </w:r>
    <w:r w:rsidRPr="00C53772">
      <w:rPr>
        <w:rFonts w:ascii="Times New Roman" w:hAnsi="Times New Roman" w:cs="Times New Roman"/>
        <w:sz w:val="20"/>
        <w:szCs w:val="20"/>
      </w:rPr>
      <w:fldChar w:fldCharType="begin"/>
    </w:r>
    <w:r w:rsidRPr="00C53772">
      <w:rPr>
        <w:rFonts w:ascii="Times New Roman" w:hAnsi="Times New Roman" w:cs="Times New Roman"/>
        <w:sz w:val="20"/>
        <w:szCs w:val="20"/>
      </w:rPr>
      <w:instrText>PAGE</w:instrText>
    </w:r>
    <w:r w:rsidRPr="00C53772">
      <w:rPr>
        <w:rFonts w:ascii="Times New Roman" w:hAnsi="Times New Roman" w:cs="Times New Roman"/>
        <w:sz w:val="20"/>
        <w:szCs w:val="20"/>
      </w:rPr>
      <w:fldChar w:fldCharType="separate"/>
    </w:r>
    <w:r w:rsidR="003165E4" w:rsidRPr="00C53772">
      <w:rPr>
        <w:rFonts w:ascii="Times New Roman" w:hAnsi="Times New Roman" w:cs="Times New Roman"/>
        <w:sz w:val="20"/>
        <w:szCs w:val="20"/>
      </w:rPr>
      <w:t>1</w:t>
    </w:r>
    <w:r w:rsidRPr="00C53772">
      <w:rPr>
        <w:rFonts w:ascii="Times New Roman" w:hAnsi="Times New Roman" w:cs="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70DD8" w14:textId="77777777" w:rsidR="00037D24" w:rsidRPr="00746DE6" w:rsidRDefault="00037D24">
      <w:pPr>
        <w:spacing w:after="0" w:line="240" w:lineRule="auto"/>
      </w:pPr>
      <w:r w:rsidRPr="00746DE6">
        <w:separator/>
      </w:r>
    </w:p>
  </w:footnote>
  <w:footnote w:type="continuationSeparator" w:id="0">
    <w:p w14:paraId="1AFC0399" w14:textId="77777777" w:rsidR="00037D24" w:rsidRPr="00746DE6" w:rsidRDefault="00037D24">
      <w:pPr>
        <w:spacing w:after="0" w:line="240" w:lineRule="auto"/>
      </w:pPr>
      <w:r w:rsidRPr="00746DE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C9D99" w14:textId="04767A50" w:rsidR="0068542A" w:rsidRPr="00CD6C04" w:rsidRDefault="00CD6C04">
    <w:pPr>
      <w:pStyle w:val="Header"/>
      <w:rPr>
        <w:i/>
        <w:iCs/>
        <w:sz w:val="20"/>
        <w:szCs w:val="20"/>
      </w:rPr>
    </w:pPr>
    <w:r w:rsidRPr="00CD6C04">
      <w:rPr>
        <w:i/>
        <w:iCs/>
        <w:sz w:val="20"/>
        <w:szCs w:val="20"/>
      </w:rPr>
      <w:t xml:space="preserve">AIR Journals Paper Template | </w:t>
    </w:r>
    <w:r w:rsidR="0068542A" w:rsidRPr="00CD6C04">
      <w:rPr>
        <w:i/>
        <w:iCs/>
        <w:sz w:val="20"/>
        <w:szCs w:val="20"/>
      </w:rPr>
      <w:t>General remark: everything is (left-aligned) + (font is Times New Roman 12pt) + (single line spacing) + (0 paragraph spacing</w:t>
    </w:r>
    <w:r w:rsidR="00B16782" w:rsidRPr="00CD6C04">
      <w:rPr>
        <w:i/>
        <w:iCs/>
        <w:sz w:val="20"/>
        <w:szCs w:val="20"/>
      </w:rPr>
      <w:t>)</w:t>
    </w:r>
    <w:r w:rsidR="005465B1" w:rsidRPr="00CD6C04">
      <w:rPr>
        <w:i/>
        <w:iCs/>
        <w:sz w:val="20"/>
        <w:szCs w:val="20"/>
      </w:rPr>
      <w:t xml:space="preserve"> &gt;</w:t>
    </w:r>
    <w:r w:rsidR="00B4201A" w:rsidRPr="00CD6C04">
      <w:rPr>
        <w:i/>
        <w:iCs/>
        <w:sz w:val="20"/>
        <w:szCs w:val="20"/>
      </w:rPr>
      <w:t xml:space="preserve"> we care about research </w:t>
    </w:r>
    <w:r w:rsidR="007755D6" w:rsidRPr="00CD6C04">
      <w:rPr>
        <w:i/>
        <w:iCs/>
        <w:sz w:val="20"/>
        <w:szCs w:val="20"/>
      </w:rPr>
      <w:t>quality;</w:t>
    </w:r>
    <w:r w:rsidR="00B4201A" w:rsidRPr="00CD6C04">
      <w:rPr>
        <w:i/>
        <w:iCs/>
        <w:sz w:val="20"/>
        <w:szCs w:val="20"/>
      </w:rPr>
      <w:t xml:space="preserve"> hence formatting is extra-easy.</w:t>
    </w:r>
  </w:p>
  <w:p w14:paraId="62DD23A8" w14:textId="77777777" w:rsidR="00B16782" w:rsidRPr="00CD6C04" w:rsidRDefault="00B16782">
    <w:pPr>
      <w:pStyle w:val="Header"/>
      <w:rPr>
        <w:i/>
        <w:iCs/>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DD93FFA"/>
    <w:multiLevelType w:val="hybridMultilevel"/>
    <w:tmpl w:val="24CA9E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6B95045"/>
    <w:multiLevelType w:val="multilevel"/>
    <w:tmpl w:val="3DB84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1821175">
    <w:abstractNumId w:val="8"/>
  </w:num>
  <w:num w:numId="2" w16cid:durableId="1877738837">
    <w:abstractNumId w:val="6"/>
  </w:num>
  <w:num w:numId="3" w16cid:durableId="1154568263">
    <w:abstractNumId w:val="5"/>
  </w:num>
  <w:num w:numId="4" w16cid:durableId="1854303203">
    <w:abstractNumId w:val="4"/>
  </w:num>
  <w:num w:numId="5" w16cid:durableId="1231119455">
    <w:abstractNumId w:val="7"/>
  </w:num>
  <w:num w:numId="6" w16cid:durableId="784615906">
    <w:abstractNumId w:val="3"/>
  </w:num>
  <w:num w:numId="7" w16cid:durableId="1192113407">
    <w:abstractNumId w:val="2"/>
  </w:num>
  <w:num w:numId="8" w16cid:durableId="939606062">
    <w:abstractNumId w:val="1"/>
  </w:num>
  <w:num w:numId="9" w16cid:durableId="1133503">
    <w:abstractNumId w:val="0"/>
  </w:num>
  <w:num w:numId="10" w16cid:durableId="1668052072">
    <w:abstractNumId w:val="9"/>
  </w:num>
  <w:num w:numId="11" w16cid:durableId="26118800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0AA3"/>
    <w:rsid w:val="00015CC6"/>
    <w:rsid w:val="00016AA1"/>
    <w:rsid w:val="000212CF"/>
    <w:rsid w:val="000269C5"/>
    <w:rsid w:val="0003271B"/>
    <w:rsid w:val="00033594"/>
    <w:rsid w:val="00034616"/>
    <w:rsid w:val="000362A7"/>
    <w:rsid w:val="00037D24"/>
    <w:rsid w:val="00043351"/>
    <w:rsid w:val="00043CE1"/>
    <w:rsid w:val="00046B9D"/>
    <w:rsid w:val="000539EF"/>
    <w:rsid w:val="00056090"/>
    <w:rsid w:val="0006063C"/>
    <w:rsid w:val="00060B09"/>
    <w:rsid w:val="00064B56"/>
    <w:rsid w:val="000713C8"/>
    <w:rsid w:val="00084E8C"/>
    <w:rsid w:val="00085779"/>
    <w:rsid w:val="000859D5"/>
    <w:rsid w:val="000A7E8A"/>
    <w:rsid w:val="000C0726"/>
    <w:rsid w:val="000D7BF2"/>
    <w:rsid w:val="000E00BC"/>
    <w:rsid w:val="000E482F"/>
    <w:rsid w:val="000F0BC6"/>
    <w:rsid w:val="00100A52"/>
    <w:rsid w:val="0011045F"/>
    <w:rsid w:val="00121D02"/>
    <w:rsid w:val="0014709D"/>
    <w:rsid w:val="0015074B"/>
    <w:rsid w:val="001B1EE0"/>
    <w:rsid w:val="001B2D22"/>
    <w:rsid w:val="001D204C"/>
    <w:rsid w:val="001D7776"/>
    <w:rsid w:val="001E67C2"/>
    <w:rsid w:val="001E7470"/>
    <w:rsid w:val="001F2DCD"/>
    <w:rsid w:val="002009B2"/>
    <w:rsid w:val="00214733"/>
    <w:rsid w:val="0022719F"/>
    <w:rsid w:val="00236DCD"/>
    <w:rsid w:val="00247904"/>
    <w:rsid w:val="00253FAE"/>
    <w:rsid w:val="00255C5E"/>
    <w:rsid w:val="00271241"/>
    <w:rsid w:val="00275164"/>
    <w:rsid w:val="00293E4A"/>
    <w:rsid w:val="0029639D"/>
    <w:rsid w:val="002A064A"/>
    <w:rsid w:val="002A3D66"/>
    <w:rsid w:val="002D3A86"/>
    <w:rsid w:val="002D47AE"/>
    <w:rsid w:val="002F7185"/>
    <w:rsid w:val="00301B07"/>
    <w:rsid w:val="003042CA"/>
    <w:rsid w:val="00315229"/>
    <w:rsid w:val="003165E4"/>
    <w:rsid w:val="00326F90"/>
    <w:rsid w:val="00335992"/>
    <w:rsid w:val="00361347"/>
    <w:rsid w:val="00362601"/>
    <w:rsid w:val="00372506"/>
    <w:rsid w:val="003843B1"/>
    <w:rsid w:val="003A4ACA"/>
    <w:rsid w:val="003A4B7A"/>
    <w:rsid w:val="003B197B"/>
    <w:rsid w:val="003C6F37"/>
    <w:rsid w:val="003D225B"/>
    <w:rsid w:val="003D6949"/>
    <w:rsid w:val="003E193A"/>
    <w:rsid w:val="003E57B1"/>
    <w:rsid w:val="0043103E"/>
    <w:rsid w:val="00455B0E"/>
    <w:rsid w:val="00482723"/>
    <w:rsid w:val="00482FDE"/>
    <w:rsid w:val="00490F9E"/>
    <w:rsid w:val="004933B1"/>
    <w:rsid w:val="004A034D"/>
    <w:rsid w:val="004A18EA"/>
    <w:rsid w:val="004A5939"/>
    <w:rsid w:val="004B5FF5"/>
    <w:rsid w:val="004D7EE8"/>
    <w:rsid w:val="004F4237"/>
    <w:rsid w:val="004F7864"/>
    <w:rsid w:val="00515F6A"/>
    <w:rsid w:val="00516AC2"/>
    <w:rsid w:val="00526BAB"/>
    <w:rsid w:val="005465B1"/>
    <w:rsid w:val="005560CA"/>
    <w:rsid w:val="005A197B"/>
    <w:rsid w:val="005A2B3C"/>
    <w:rsid w:val="005C2634"/>
    <w:rsid w:val="005D76C5"/>
    <w:rsid w:val="005E671D"/>
    <w:rsid w:val="005E7356"/>
    <w:rsid w:val="00600971"/>
    <w:rsid w:val="0061350F"/>
    <w:rsid w:val="00615CE6"/>
    <w:rsid w:val="00630378"/>
    <w:rsid w:val="00646C06"/>
    <w:rsid w:val="00680BA9"/>
    <w:rsid w:val="006817E3"/>
    <w:rsid w:val="00684451"/>
    <w:rsid w:val="00685365"/>
    <w:rsid w:val="0068542A"/>
    <w:rsid w:val="0069447D"/>
    <w:rsid w:val="006A0601"/>
    <w:rsid w:val="006B3FF8"/>
    <w:rsid w:val="006C2EC4"/>
    <w:rsid w:val="006D42CE"/>
    <w:rsid w:val="006E507F"/>
    <w:rsid w:val="00701F15"/>
    <w:rsid w:val="00713FC7"/>
    <w:rsid w:val="007208C2"/>
    <w:rsid w:val="00731A19"/>
    <w:rsid w:val="00732D67"/>
    <w:rsid w:val="007330E0"/>
    <w:rsid w:val="00746DE6"/>
    <w:rsid w:val="007546F5"/>
    <w:rsid w:val="00755321"/>
    <w:rsid w:val="00756C16"/>
    <w:rsid w:val="00765C96"/>
    <w:rsid w:val="007755D6"/>
    <w:rsid w:val="00780EBA"/>
    <w:rsid w:val="007911A4"/>
    <w:rsid w:val="00795432"/>
    <w:rsid w:val="007A2C4E"/>
    <w:rsid w:val="007A32FE"/>
    <w:rsid w:val="007C297B"/>
    <w:rsid w:val="007D011A"/>
    <w:rsid w:val="00806853"/>
    <w:rsid w:val="00813397"/>
    <w:rsid w:val="00815957"/>
    <w:rsid w:val="008164AB"/>
    <w:rsid w:val="00816CB2"/>
    <w:rsid w:val="0081758E"/>
    <w:rsid w:val="008307C7"/>
    <w:rsid w:val="00853A33"/>
    <w:rsid w:val="00863E35"/>
    <w:rsid w:val="00866108"/>
    <w:rsid w:val="00872050"/>
    <w:rsid w:val="008735FE"/>
    <w:rsid w:val="00873E2C"/>
    <w:rsid w:val="00886BB9"/>
    <w:rsid w:val="00892263"/>
    <w:rsid w:val="00897617"/>
    <w:rsid w:val="008A3539"/>
    <w:rsid w:val="008C4DE2"/>
    <w:rsid w:val="008C5FF9"/>
    <w:rsid w:val="00904033"/>
    <w:rsid w:val="009144EA"/>
    <w:rsid w:val="009157C4"/>
    <w:rsid w:val="009169BE"/>
    <w:rsid w:val="00921895"/>
    <w:rsid w:val="009227C6"/>
    <w:rsid w:val="00932381"/>
    <w:rsid w:val="00960686"/>
    <w:rsid w:val="009611C9"/>
    <w:rsid w:val="00965A38"/>
    <w:rsid w:val="00965E77"/>
    <w:rsid w:val="0098112E"/>
    <w:rsid w:val="00994626"/>
    <w:rsid w:val="009B169C"/>
    <w:rsid w:val="009C28CC"/>
    <w:rsid w:val="00A029A6"/>
    <w:rsid w:val="00A3044E"/>
    <w:rsid w:val="00A378A6"/>
    <w:rsid w:val="00A40C5F"/>
    <w:rsid w:val="00A40F4C"/>
    <w:rsid w:val="00A5005D"/>
    <w:rsid w:val="00A54E93"/>
    <w:rsid w:val="00A573F4"/>
    <w:rsid w:val="00A70148"/>
    <w:rsid w:val="00A81778"/>
    <w:rsid w:val="00A97089"/>
    <w:rsid w:val="00AA1D8D"/>
    <w:rsid w:val="00AB43E4"/>
    <w:rsid w:val="00AB6407"/>
    <w:rsid w:val="00AB690D"/>
    <w:rsid w:val="00AB6FFB"/>
    <w:rsid w:val="00AC29EF"/>
    <w:rsid w:val="00AD6BE6"/>
    <w:rsid w:val="00AE0934"/>
    <w:rsid w:val="00AE56D4"/>
    <w:rsid w:val="00AF66E8"/>
    <w:rsid w:val="00AF7445"/>
    <w:rsid w:val="00AF7B18"/>
    <w:rsid w:val="00B03A23"/>
    <w:rsid w:val="00B13599"/>
    <w:rsid w:val="00B14C3F"/>
    <w:rsid w:val="00B16782"/>
    <w:rsid w:val="00B249BA"/>
    <w:rsid w:val="00B3108C"/>
    <w:rsid w:val="00B32D05"/>
    <w:rsid w:val="00B41E9B"/>
    <w:rsid w:val="00B4201A"/>
    <w:rsid w:val="00B45EFB"/>
    <w:rsid w:val="00B47730"/>
    <w:rsid w:val="00B52676"/>
    <w:rsid w:val="00B6501F"/>
    <w:rsid w:val="00B76193"/>
    <w:rsid w:val="00B77AB0"/>
    <w:rsid w:val="00B8094B"/>
    <w:rsid w:val="00B85DDB"/>
    <w:rsid w:val="00B90132"/>
    <w:rsid w:val="00B94E14"/>
    <w:rsid w:val="00BC4A2D"/>
    <w:rsid w:val="00BF49D7"/>
    <w:rsid w:val="00C12780"/>
    <w:rsid w:val="00C20A4D"/>
    <w:rsid w:val="00C20CB7"/>
    <w:rsid w:val="00C21885"/>
    <w:rsid w:val="00C41D94"/>
    <w:rsid w:val="00C530E7"/>
    <w:rsid w:val="00C53772"/>
    <w:rsid w:val="00C9208B"/>
    <w:rsid w:val="00C94674"/>
    <w:rsid w:val="00C94BC7"/>
    <w:rsid w:val="00CA69AC"/>
    <w:rsid w:val="00CB0664"/>
    <w:rsid w:val="00CB2F57"/>
    <w:rsid w:val="00CD6C04"/>
    <w:rsid w:val="00CE0B3F"/>
    <w:rsid w:val="00D11AAE"/>
    <w:rsid w:val="00D21138"/>
    <w:rsid w:val="00D21F9D"/>
    <w:rsid w:val="00D424E8"/>
    <w:rsid w:val="00D72A47"/>
    <w:rsid w:val="00D73612"/>
    <w:rsid w:val="00D801F9"/>
    <w:rsid w:val="00DA07B1"/>
    <w:rsid w:val="00DA6F6D"/>
    <w:rsid w:val="00DB0214"/>
    <w:rsid w:val="00DB7D57"/>
    <w:rsid w:val="00DC1F1C"/>
    <w:rsid w:val="00DC352D"/>
    <w:rsid w:val="00DE1A53"/>
    <w:rsid w:val="00E10D9D"/>
    <w:rsid w:val="00E137AA"/>
    <w:rsid w:val="00E176E0"/>
    <w:rsid w:val="00E2495E"/>
    <w:rsid w:val="00E4318C"/>
    <w:rsid w:val="00E44EFC"/>
    <w:rsid w:val="00EA019C"/>
    <w:rsid w:val="00EA4789"/>
    <w:rsid w:val="00EC035D"/>
    <w:rsid w:val="00ED02EB"/>
    <w:rsid w:val="00EF1015"/>
    <w:rsid w:val="00F10E7B"/>
    <w:rsid w:val="00F2496D"/>
    <w:rsid w:val="00F33BA9"/>
    <w:rsid w:val="00F50E1E"/>
    <w:rsid w:val="00F627CD"/>
    <w:rsid w:val="00F65F68"/>
    <w:rsid w:val="00F67AC1"/>
    <w:rsid w:val="00F70343"/>
    <w:rsid w:val="00F72B7B"/>
    <w:rsid w:val="00F8056D"/>
    <w:rsid w:val="00F951E8"/>
    <w:rsid w:val="00FA0983"/>
    <w:rsid w:val="00FA2940"/>
    <w:rsid w:val="00FB6590"/>
    <w:rsid w:val="00FC5E12"/>
    <w:rsid w:val="00FC693F"/>
    <w:rsid w:val="00FD54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6EBA759"/>
  <w14:defaultImageDpi w14:val="300"/>
  <w15:docId w15:val="{354DCB3C-FF02-46C8-8FA0-0918CDE57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LineNumber">
    <w:name w:val="line number"/>
    <w:basedOn w:val="DefaultParagraphFont"/>
    <w:uiPriority w:val="99"/>
    <w:semiHidden/>
    <w:unhideWhenUsed/>
    <w:rsid w:val="006D42CE"/>
  </w:style>
  <w:style w:type="table" w:styleId="GridTable4-Accent4">
    <w:name w:val="Grid Table 4 Accent 4"/>
    <w:basedOn w:val="TableNormal"/>
    <w:uiPriority w:val="49"/>
    <w:rsid w:val="00D72A47"/>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character" w:styleId="Hyperlink">
    <w:name w:val="Hyperlink"/>
    <w:basedOn w:val="DefaultParagraphFont"/>
    <w:uiPriority w:val="99"/>
    <w:unhideWhenUsed/>
    <w:rsid w:val="00F72B7B"/>
    <w:rPr>
      <w:color w:val="0000FF" w:themeColor="hyperlink"/>
      <w:u w:val="single"/>
    </w:rPr>
  </w:style>
  <w:style w:type="character" w:styleId="UnresolvedMention">
    <w:name w:val="Unresolved Mention"/>
    <w:basedOn w:val="DefaultParagraphFont"/>
    <w:uiPriority w:val="99"/>
    <w:semiHidden/>
    <w:unhideWhenUsed/>
    <w:rsid w:val="00F72B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3</Pages>
  <Words>871</Words>
  <Characters>4967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5827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airjournals@outlook.com</cp:lastModifiedBy>
  <cp:revision>11</cp:revision>
  <dcterms:created xsi:type="dcterms:W3CDTF">2013-12-23T23:15:00Z</dcterms:created>
  <dcterms:modified xsi:type="dcterms:W3CDTF">2026-01-08T20:45:00Z</dcterms:modified>
  <cp:category/>
</cp:coreProperties>
</file>